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33072" w14:textId="77777777" w:rsidR="003F062E" w:rsidRPr="007C3978" w:rsidRDefault="001B18C9" w:rsidP="6F6564CE">
      <w:pPr>
        <w:pStyle w:val="Heading1"/>
        <w:spacing w:before="0" w:line="240" w:lineRule="auto"/>
        <w:jc w:val="center"/>
        <w:rPr>
          <w:rFonts w:asciiTheme="minorHAnsi" w:eastAsiaTheme="minorEastAsia" w:hAnsiTheme="minorHAnsi" w:cstheme="minorBidi"/>
          <w:i/>
          <w:iCs/>
          <w:color w:val="auto"/>
          <w:sz w:val="24"/>
          <w:szCs w:val="24"/>
        </w:rPr>
      </w:pPr>
      <w:r w:rsidRPr="6F6564CE">
        <w:rPr>
          <w:rFonts w:asciiTheme="minorHAnsi" w:eastAsiaTheme="minorEastAsia" w:hAnsiTheme="minorHAnsi" w:cstheme="minorBidi"/>
          <w:i/>
          <w:iCs/>
          <w:color w:val="auto"/>
          <w:sz w:val="24"/>
          <w:szCs w:val="24"/>
        </w:rPr>
        <w:t>University of Kentucky College of Medicine</w:t>
      </w:r>
    </w:p>
    <w:p w14:paraId="5B568961" w14:textId="46A46F54" w:rsidR="1BED0990" w:rsidRDefault="1BED0990" w:rsidP="6F6564CE">
      <w:pPr>
        <w:pStyle w:val="Heading1"/>
        <w:spacing w:before="0" w:line="240" w:lineRule="auto"/>
        <w:jc w:val="center"/>
        <w:rPr>
          <w:rFonts w:asciiTheme="minorHAnsi" w:eastAsiaTheme="minorEastAsia" w:hAnsiTheme="minorHAnsi" w:cstheme="minorBidi"/>
          <w:color w:val="auto"/>
          <w:sz w:val="36"/>
          <w:szCs w:val="36"/>
        </w:rPr>
      </w:pPr>
      <w:r w:rsidRPr="6F6564CE">
        <w:rPr>
          <w:rFonts w:asciiTheme="minorHAnsi" w:eastAsiaTheme="minorEastAsia" w:hAnsiTheme="minorHAnsi" w:cstheme="minorBidi"/>
          <w:color w:val="auto"/>
          <w:sz w:val="36"/>
          <w:szCs w:val="36"/>
        </w:rPr>
        <w:t>Fall Medical Student Scholarship Showcase</w:t>
      </w:r>
    </w:p>
    <w:p w14:paraId="177D27DC" w14:textId="77777777" w:rsidR="009613CA" w:rsidRPr="009613CA" w:rsidRDefault="009613CA" w:rsidP="009613CA"/>
    <w:p w14:paraId="1B56246A" w14:textId="7C722B40" w:rsidR="0A050A9D" w:rsidRDefault="0A050A9D" w:rsidP="5E1C6DA2">
      <w:r w:rsidRPr="5E1C6DA2">
        <w:t>Dear UKCOM Medical Students:</w:t>
      </w:r>
    </w:p>
    <w:p w14:paraId="21955382" w14:textId="2963B3AD" w:rsidR="603E101D" w:rsidRPr="0072732A" w:rsidRDefault="009613CA" w:rsidP="6F6564CE">
      <w:pPr>
        <w:rPr>
          <w:color w:val="333333"/>
        </w:rPr>
      </w:pPr>
      <w:r>
        <w:t xml:space="preserve">The Fall </w:t>
      </w:r>
      <w:r w:rsidR="0E7B0776" w:rsidRPr="6F6564CE">
        <w:t>M</w:t>
      </w:r>
      <w:r w:rsidR="3D6B777D" w:rsidRPr="6F6564CE">
        <w:t xml:space="preserve">edical </w:t>
      </w:r>
      <w:r w:rsidR="6B4E6F13" w:rsidRPr="6F6564CE">
        <w:t>S</w:t>
      </w:r>
      <w:r w:rsidR="3D6B777D" w:rsidRPr="6F6564CE">
        <w:t xml:space="preserve">tudent </w:t>
      </w:r>
      <w:r w:rsidR="45FB5B81" w:rsidRPr="6F6564CE">
        <w:t>S</w:t>
      </w:r>
      <w:r w:rsidR="3D6B777D" w:rsidRPr="6F6564CE">
        <w:t xml:space="preserve">cholarship </w:t>
      </w:r>
      <w:r w:rsidR="0F82272D" w:rsidRPr="6F6564CE">
        <w:t>S</w:t>
      </w:r>
      <w:r w:rsidR="3D6B777D" w:rsidRPr="6F6564CE">
        <w:t xml:space="preserve">howcase </w:t>
      </w:r>
      <w:r w:rsidR="000D377C">
        <w:t>will</w:t>
      </w:r>
      <w:r w:rsidR="3D6B777D" w:rsidRPr="6F6564CE">
        <w:t xml:space="preserve"> be held </w:t>
      </w:r>
      <w:r w:rsidR="003B1A25">
        <w:rPr>
          <w:b/>
          <w:bCs/>
        </w:rPr>
        <w:t xml:space="preserve">online </w:t>
      </w:r>
      <w:r w:rsidR="3D6B777D" w:rsidRPr="6F6564CE">
        <w:rPr>
          <w:b/>
          <w:bCs/>
        </w:rPr>
        <w:t xml:space="preserve">on </w:t>
      </w:r>
      <w:r w:rsidR="009533B5">
        <w:rPr>
          <w:b/>
          <w:bCs/>
        </w:rPr>
        <w:t xml:space="preserve">Friday, August </w:t>
      </w:r>
      <w:r w:rsidR="00653ADA">
        <w:rPr>
          <w:b/>
          <w:bCs/>
        </w:rPr>
        <w:t>28,</w:t>
      </w:r>
      <w:r w:rsidR="54B4C63F" w:rsidRPr="6F6564CE">
        <w:rPr>
          <w:b/>
          <w:bCs/>
        </w:rPr>
        <w:t xml:space="preserve"> from 1</w:t>
      </w:r>
      <w:r w:rsidR="009533B5">
        <w:rPr>
          <w:b/>
          <w:bCs/>
        </w:rPr>
        <w:t>2:30</w:t>
      </w:r>
      <w:r w:rsidR="54B4C63F" w:rsidRPr="6F6564CE">
        <w:rPr>
          <w:b/>
          <w:bCs/>
        </w:rPr>
        <w:t>-3</w:t>
      </w:r>
      <w:r w:rsidR="00A118F4">
        <w:rPr>
          <w:b/>
          <w:bCs/>
        </w:rPr>
        <w:t xml:space="preserve">:00 </w:t>
      </w:r>
      <w:r w:rsidR="54B4C63F" w:rsidRPr="6F6564CE">
        <w:rPr>
          <w:b/>
          <w:bCs/>
        </w:rPr>
        <w:t>pm ET</w:t>
      </w:r>
      <w:r w:rsidR="3D6B777D" w:rsidRPr="6F6564CE">
        <w:t xml:space="preserve">. This event is open to </w:t>
      </w:r>
      <w:r w:rsidR="3C893BAF" w:rsidRPr="6F6564CE">
        <w:t xml:space="preserve">any UKCOM student or faculty </w:t>
      </w:r>
      <w:r w:rsidR="3D6B777D" w:rsidRPr="6F6564CE">
        <w:t>attend</w:t>
      </w:r>
      <w:r w:rsidR="1085F10A" w:rsidRPr="6F6564CE">
        <w:t xml:space="preserve">ees. </w:t>
      </w:r>
      <w:r w:rsidR="534C5D19" w:rsidRPr="6F6564CE">
        <w:rPr>
          <w:b/>
          <w:bCs/>
        </w:rPr>
        <w:t>A</w:t>
      </w:r>
      <w:r w:rsidR="569DBA1F" w:rsidRPr="6F6564CE">
        <w:rPr>
          <w:b/>
          <w:bCs/>
        </w:rPr>
        <w:t xml:space="preserve">bstract submissions will be accepted </w:t>
      </w:r>
      <w:r w:rsidR="00BD030E">
        <w:rPr>
          <w:b/>
          <w:bCs/>
        </w:rPr>
        <w:t xml:space="preserve">until midnight on </w:t>
      </w:r>
      <w:r w:rsidR="0063442D">
        <w:rPr>
          <w:b/>
          <w:bCs/>
        </w:rPr>
        <w:t>Mon</w:t>
      </w:r>
      <w:r w:rsidR="00653ADA">
        <w:rPr>
          <w:b/>
          <w:bCs/>
        </w:rPr>
        <w:t>day, July 2</w:t>
      </w:r>
      <w:r w:rsidR="0063442D">
        <w:rPr>
          <w:b/>
          <w:bCs/>
        </w:rPr>
        <w:t>0</w:t>
      </w:r>
      <w:r w:rsidR="569DBA1F" w:rsidRPr="6F6564CE">
        <w:t xml:space="preserve">. </w:t>
      </w:r>
      <w:r>
        <w:t>Medical student</w:t>
      </w:r>
      <w:r w:rsidR="4F8ECFD3" w:rsidRPr="6F6564CE">
        <w:t xml:space="preserve">-authors </w:t>
      </w:r>
      <w:r>
        <w:t xml:space="preserve">from any campus </w:t>
      </w:r>
      <w:r w:rsidR="4F8ECFD3" w:rsidRPr="6F6564CE">
        <w:t>a</w:t>
      </w:r>
      <w:r w:rsidR="569DBA1F" w:rsidRPr="6F6564CE">
        <w:t>re eligible to submit</w:t>
      </w:r>
      <w:r w:rsidR="0A178B46" w:rsidRPr="6F6564CE">
        <w:t xml:space="preserve"> </w:t>
      </w:r>
      <w:r w:rsidR="06DA3034" w:rsidRPr="6F6564CE">
        <w:t>scholarly project</w:t>
      </w:r>
      <w:r w:rsidR="7BF1818F" w:rsidRPr="6F6564CE">
        <w:t>s</w:t>
      </w:r>
      <w:r w:rsidR="06DA3034" w:rsidRPr="6F6564CE">
        <w:t xml:space="preserve"> conducted during medical school</w:t>
      </w:r>
      <w:r w:rsidR="71BD0245" w:rsidRPr="6F6564CE">
        <w:t xml:space="preserve"> with </w:t>
      </w:r>
      <w:r w:rsidR="56427749" w:rsidRPr="6F6564CE">
        <w:t>at least one UKCOM faculty or resident co-author</w:t>
      </w:r>
      <w:r w:rsidR="433286CC" w:rsidRPr="6F6564CE">
        <w:t xml:space="preserve">. </w:t>
      </w:r>
      <w:r w:rsidR="692BE26B" w:rsidRPr="00A22D70">
        <w:rPr>
          <w:color w:val="333333"/>
        </w:rPr>
        <w:t>All submissions</w:t>
      </w:r>
      <w:r w:rsidR="692BE26B" w:rsidRPr="6F6564CE">
        <w:rPr>
          <w:color w:val="333333"/>
        </w:rPr>
        <w:t xml:space="preserve"> must be </w:t>
      </w:r>
      <w:r w:rsidR="692BE26B" w:rsidRPr="0072732A">
        <w:rPr>
          <w:color w:val="333333"/>
        </w:rPr>
        <w:t>original work not</w:t>
      </w:r>
      <w:r w:rsidR="374EDE3F" w:rsidRPr="0072732A">
        <w:rPr>
          <w:color w:val="333333"/>
        </w:rPr>
        <w:t xml:space="preserve"> submitted elsewhere</w:t>
      </w:r>
      <w:r w:rsidR="00BD030E" w:rsidRPr="0072732A">
        <w:rPr>
          <w:color w:val="333333"/>
        </w:rPr>
        <w:t>.</w:t>
      </w:r>
    </w:p>
    <w:p w14:paraId="4A8D7F36" w14:textId="2CA7485F" w:rsidR="0C05F517" w:rsidRDefault="0C05F517" w:rsidP="5E1C6DA2">
      <w:r w:rsidRPr="0072732A">
        <w:t xml:space="preserve">The </w:t>
      </w:r>
      <w:r w:rsidR="009613CA" w:rsidRPr="0072732A">
        <w:t>purpose</w:t>
      </w:r>
      <w:r w:rsidRPr="0072732A">
        <w:t xml:space="preserve"> of this event is to </w:t>
      </w:r>
      <w:r w:rsidR="009613CA" w:rsidRPr="0072732A">
        <w:t xml:space="preserve">provide </w:t>
      </w:r>
      <w:r w:rsidRPr="0072732A">
        <w:t>a</w:t>
      </w:r>
      <w:r w:rsidR="0797A3AA" w:rsidRPr="0072732A">
        <w:t xml:space="preserve"> space </w:t>
      </w:r>
      <w:r w:rsidR="3C159257" w:rsidRPr="0072732A">
        <w:t>where</w:t>
      </w:r>
      <w:r w:rsidRPr="0072732A">
        <w:t xml:space="preserve"> students can gain meaningful feedback from faculty revi</w:t>
      </w:r>
      <w:r w:rsidR="3C97E9FB" w:rsidRPr="0072732A">
        <w:t xml:space="preserve">ewers and moderators to help </w:t>
      </w:r>
      <w:r w:rsidR="41FB5F98" w:rsidRPr="0072732A">
        <w:t>refine their</w:t>
      </w:r>
      <w:r w:rsidR="3C97E9FB" w:rsidRPr="0072732A">
        <w:t xml:space="preserve"> work to </w:t>
      </w:r>
      <w:r w:rsidR="75318C61" w:rsidRPr="0072732A">
        <w:t xml:space="preserve">be ready for </w:t>
      </w:r>
      <w:r w:rsidR="3C97E9FB" w:rsidRPr="0072732A">
        <w:t>the next stage</w:t>
      </w:r>
      <w:r w:rsidR="7F8A31A5" w:rsidRPr="0072732A">
        <w:t xml:space="preserve"> of the project</w:t>
      </w:r>
      <w:r w:rsidR="009613CA" w:rsidRPr="0072732A">
        <w:t>, and/or to capture a formal authorship outcome</w:t>
      </w:r>
      <w:r w:rsidR="009613CA">
        <w:t xml:space="preserve"> for projects which may not be presented elsewhere</w:t>
      </w:r>
      <w:r w:rsidR="3C97E9FB" w:rsidRPr="6F6564CE">
        <w:t>. We anticipate many submissions will be based on</w:t>
      </w:r>
      <w:r w:rsidR="3C97E9FB" w:rsidRPr="0086655E">
        <w:t xml:space="preserve"> </w:t>
      </w:r>
      <w:r w:rsidR="7FF7F113" w:rsidRPr="0086655E">
        <w:t>emerging</w:t>
      </w:r>
      <w:r w:rsidR="7FF7F113" w:rsidRPr="6F6564CE">
        <w:rPr>
          <w:b/>
          <w:bCs/>
        </w:rPr>
        <w:t xml:space="preserve"> </w:t>
      </w:r>
      <w:r w:rsidR="7FF7F113" w:rsidRPr="6F6564CE">
        <w:t xml:space="preserve">research and </w:t>
      </w:r>
      <w:r w:rsidR="3C97E9FB" w:rsidRPr="6F6564CE">
        <w:t>ongoing projects which students anticipate later submitting to regional or national conferences</w:t>
      </w:r>
      <w:r w:rsidR="009613CA">
        <w:t xml:space="preserve"> or for publication</w:t>
      </w:r>
      <w:r w:rsidR="3C97E9FB" w:rsidRPr="6F6564CE">
        <w:t xml:space="preserve">. </w:t>
      </w:r>
      <w:r w:rsidR="7D4E6ECC" w:rsidRPr="0072732A">
        <w:t>Preliminary data and findings must be present, but works in progress are allowable.</w:t>
      </w:r>
      <w:r w:rsidR="7D4E6ECC" w:rsidRPr="6F6564CE">
        <w:t xml:space="preserve"> </w:t>
      </w:r>
      <w:r w:rsidR="5C160D06" w:rsidRPr="6F6564CE">
        <w:t>This showcase features</w:t>
      </w:r>
      <w:r w:rsidR="3C97E9FB" w:rsidRPr="6F6564CE">
        <w:t xml:space="preserve"> a broad range of submission cate</w:t>
      </w:r>
      <w:r w:rsidR="50F86F09" w:rsidRPr="6F6564CE">
        <w:t xml:space="preserve">gories to create space for projects that </w:t>
      </w:r>
      <w:r w:rsidR="66F2F318" w:rsidRPr="6F6564CE">
        <w:t>may not have presentation outlets</w:t>
      </w:r>
      <w:r w:rsidR="7B54B75E" w:rsidRPr="6F6564CE">
        <w:t xml:space="preserve"> at clinical or specialty-specific conferences</w:t>
      </w:r>
      <w:r w:rsidR="50F86F09" w:rsidRPr="6F6564CE">
        <w:t>, such as QI and medical education</w:t>
      </w:r>
      <w:r w:rsidR="2292D5CA" w:rsidRPr="6F6564CE">
        <w:t xml:space="preserve"> efforts</w:t>
      </w:r>
      <w:r w:rsidR="50F86F09" w:rsidRPr="6F6564CE">
        <w:t xml:space="preserve">. </w:t>
      </w:r>
      <w:r w:rsidR="50F86F09" w:rsidRPr="0063442D">
        <w:t xml:space="preserve">If you have been innovative </w:t>
      </w:r>
      <w:r w:rsidR="009613CA" w:rsidRPr="0063442D">
        <w:t>this year</w:t>
      </w:r>
      <w:r w:rsidR="3B4DFFC9" w:rsidRPr="0063442D">
        <w:t xml:space="preserve"> </w:t>
      </w:r>
      <w:r w:rsidR="50F86F09" w:rsidRPr="0063442D">
        <w:t xml:space="preserve">and have data to prove it, consider submitting your </w:t>
      </w:r>
      <w:r w:rsidR="0D029789" w:rsidRPr="0063442D">
        <w:t>project</w:t>
      </w:r>
      <w:r w:rsidR="0063442D">
        <w:t>!</w:t>
      </w:r>
    </w:p>
    <w:p w14:paraId="4A1F385C" w14:textId="2E68243F" w:rsidR="55CD5210" w:rsidRDefault="55CD5210" w:rsidP="5E1C6DA2">
      <w:r w:rsidRPr="5E1C6DA2">
        <w:rPr>
          <w:b/>
          <w:bCs/>
        </w:rPr>
        <w:t xml:space="preserve">Students whose abstracts are accepted </w:t>
      </w:r>
      <w:r w:rsidR="72659327" w:rsidRPr="5E1C6DA2">
        <w:rPr>
          <w:b/>
          <w:bCs/>
        </w:rPr>
        <w:t xml:space="preserve">will be notified by </w:t>
      </w:r>
      <w:r w:rsidR="00E73338">
        <w:rPr>
          <w:b/>
          <w:bCs/>
        </w:rPr>
        <w:t>August</w:t>
      </w:r>
      <w:r w:rsidR="00EB7A85">
        <w:rPr>
          <w:b/>
          <w:bCs/>
        </w:rPr>
        <w:t xml:space="preserve"> 7</w:t>
      </w:r>
      <w:r w:rsidR="72659327" w:rsidRPr="5E1C6DA2">
        <w:rPr>
          <w:b/>
          <w:bCs/>
        </w:rPr>
        <w:t xml:space="preserve"> and </w:t>
      </w:r>
      <w:r w:rsidR="58ACCD12" w:rsidRPr="5E1C6DA2">
        <w:rPr>
          <w:b/>
          <w:bCs/>
        </w:rPr>
        <w:t>must</w:t>
      </w:r>
      <w:r w:rsidR="4C4C869B" w:rsidRPr="5E1C6DA2">
        <w:rPr>
          <w:b/>
          <w:bCs/>
        </w:rPr>
        <w:t xml:space="preserve"> </w:t>
      </w:r>
      <w:r w:rsidR="0086655E">
        <w:rPr>
          <w:b/>
          <w:bCs/>
        </w:rPr>
        <w:t xml:space="preserve">upload </w:t>
      </w:r>
      <w:r w:rsidR="4C4C869B" w:rsidRPr="5E1C6DA2">
        <w:rPr>
          <w:b/>
          <w:bCs/>
        </w:rPr>
        <w:t xml:space="preserve">their </w:t>
      </w:r>
      <w:r w:rsidR="0072732A">
        <w:rPr>
          <w:b/>
          <w:bCs/>
        </w:rPr>
        <w:t xml:space="preserve">presentation </w:t>
      </w:r>
      <w:r w:rsidR="00BD030E">
        <w:rPr>
          <w:b/>
          <w:bCs/>
        </w:rPr>
        <w:t>slides</w:t>
      </w:r>
      <w:r w:rsidR="4C4C869B" w:rsidRPr="5E1C6DA2">
        <w:rPr>
          <w:b/>
          <w:bCs/>
        </w:rPr>
        <w:t xml:space="preserve"> </w:t>
      </w:r>
      <w:r w:rsidR="0063442D">
        <w:rPr>
          <w:b/>
          <w:bCs/>
        </w:rPr>
        <w:t xml:space="preserve">or poster </w:t>
      </w:r>
      <w:r w:rsidR="0086655E">
        <w:rPr>
          <w:b/>
          <w:bCs/>
        </w:rPr>
        <w:t xml:space="preserve">online </w:t>
      </w:r>
      <w:r w:rsidR="4C4C869B" w:rsidRPr="5E1C6DA2">
        <w:rPr>
          <w:b/>
          <w:bCs/>
        </w:rPr>
        <w:t xml:space="preserve">by </w:t>
      </w:r>
      <w:r w:rsidR="00EB7A85">
        <w:rPr>
          <w:b/>
          <w:bCs/>
        </w:rPr>
        <w:t>August 21</w:t>
      </w:r>
      <w:r w:rsidR="0B50C89B" w:rsidRPr="5E1C6DA2">
        <w:rPr>
          <w:b/>
          <w:bCs/>
        </w:rPr>
        <w:t xml:space="preserve">. Each </w:t>
      </w:r>
      <w:r w:rsidR="0072732A">
        <w:rPr>
          <w:b/>
          <w:bCs/>
        </w:rPr>
        <w:t xml:space="preserve">oral presentation </w:t>
      </w:r>
      <w:r w:rsidR="7689D5A1" w:rsidRPr="5E1C6DA2">
        <w:rPr>
          <w:b/>
          <w:bCs/>
        </w:rPr>
        <w:t>speaker</w:t>
      </w:r>
      <w:r w:rsidR="2F101F45" w:rsidRPr="5E1C6DA2">
        <w:rPr>
          <w:b/>
          <w:bCs/>
        </w:rPr>
        <w:t xml:space="preserve"> </w:t>
      </w:r>
      <w:r w:rsidR="4C4C869B" w:rsidRPr="5E1C6DA2">
        <w:rPr>
          <w:b/>
          <w:bCs/>
        </w:rPr>
        <w:t>will have 7 minutes to present</w:t>
      </w:r>
      <w:r w:rsidR="00BD030E">
        <w:rPr>
          <w:b/>
          <w:bCs/>
        </w:rPr>
        <w:t xml:space="preserve"> live</w:t>
      </w:r>
      <w:r w:rsidR="4C4C869B" w:rsidRPr="5E1C6DA2">
        <w:rPr>
          <w:b/>
          <w:bCs/>
        </w:rPr>
        <w:t xml:space="preserve"> </w:t>
      </w:r>
      <w:r w:rsidR="0072732A">
        <w:rPr>
          <w:b/>
          <w:bCs/>
        </w:rPr>
        <w:t>between 1-2pm ET on 8/28, while poster presenters must be available to be virtually at their poster between 2-3pm ET on 8/28</w:t>
      </w:r>
      <w:r w:rsidR="4C4C869B" w:rsidRPr="5E1C6DA2">
        <w:t xml:space="preserve">. Students </w:t>
      </w:r>
      <w:r w:rsidR="529CD792" w:rsidRPr="5E1C6DA2">
        <w:t>should be prepared to field questions from faculty moderators</w:t>
      </w:r>
      <w:r w:rsidR="32AE6953" w:rsidRPr="5E1C6DA2">
        <w:t>, peers,</w:t>
      </w:r>
      <w:r w:rsidR="529CD792" w:rsidRPr="5E1C6DA2">
        <w:t xml:space="preserve"> and other attendees. </w:t>
      </w:r>
      <w:r w:rsidR="5749F106" w:rsidRPr="5E1C6DA2">
        <w:t xml:space="preserve">Awards will be given </w:t>
      </w:r>
      <w:r w:rsidR="4E458C8F" w:rsidRPr="5E1C6DA2">
        <w:t xml:space="preserve">within each </w:t>
      </w:r>
      <w:r w:rsidR="0072732A">
        <w:t xml:space="preserve">oral presentation </w:t>
      </w:r>
      <w:r w:rsidR="4E458C8F" w:rsidRPr="5E1C6DA2">
        <w:t>category.</w:t>
      </w:r>
      <w:r w:rsidR="009613CA">
        <w:t xml:space="preserve"> </w:t>
      </w:r>
    </w:p>
    <w:p w14:paraId="4EAC2774" w14:textId="036C0D89" w:rsidR="0086655E" w:rsidRDefault="0086655E" w:rsidP="5E1C6DA2">
      <w:r w:rsidRPr="0086655E">
        <w:rPr>
          <w:b/>
          <w:bCs/>
        </w:rPr>
        <w:t>Non-presenting students:</w:t>
      </w:r>
      <w:r>
        <w:t xml:space="preserve"> Our goal for this event is that you can learn from one another. If you are not submitting </w:t>
      </w:r>
      <w:r w:rsidR="00A22D70">
        <w:t xml:space="preserve">a project, please consider </w:t>
      </w:r>
      <w:r>
        <w:t>register</w:t>
      </w:r>
      <w:r w:rsidR="00A22D70">
        <w:t>ing</w:t>
      </w:r>
      <w:r>
        <w:t xml:space="preserve"> so you can </w:t>
      </w:r>
      <w:r w:rsidR="00A22D70">
        <w:t>attend from 1</w:t>
      </w:r>
      <w:r w:rsidR="00C0682F">
        <w:t>2:30</w:t>
      </w:r>
      <w:r w:rsidR="00A22D70">
        <w:t>-3</w:t>
      </w:r>
      <w:r w:rsidR="00C0682F">
        <w:t xml:space="preserve">:00 </w:t>
      </w:r>
      <w:r w:rsidR="00A22D70">
        <w:t xml:space="preserve">pm ET on </w:t>
      </w:r>
      <w:r w:rsidR="00C0682F">
        <w:t>8/28</w:t>
      </w:r>
      <w:r w:rsidR="00A22D70">
        <w:t xml:space="preserve"> to </w:t>
      </w:r>
      <w:r>
        <w:t xml:space="preserve">learn from and support your presenting peers. </w:t>
      </w:r>
      <w:r w:rsidR="0072732A">
        <w:t>Virtual networking rooms available during the poster hour (2-3pm ET) can also help upcoming student make connections with faculty and peers.</w:t>
      </w:r>
    </w:p>
    <w:p w14:paraId="60FC3951" w14:textId="1238FCF8" w:rsidR="529CD792" w:rsidRDefault="529CD792" w:rsidP="5E1C6DA2">
      <w:r w:rsidRPr="5E1C6DA2">
        <w:t xml:space="preserve">Very little scholarship happens without mentorship. </w:t>
      </w:r>
      <w:r w:rsidR="7A72FF39" w:rsidRPr="5E1C6DA2">
        <w:t>We invite s</w:t>
      </w:r>
      <w:r w:rsidRPr="5E1C6DA2">
        <w:t xml:space="preserve">tudents who submit abstracts to </w:t>
      </w:r>
      <w:r w:rsidR="61751950" w:rsidRPr="0072732A">
        <w:t xml:space="preserve">also </w:t>
      </w:r>
      <w:r w:rsidRPr="0072732A">
        <w:t xml:space="preserve">nominate </w:t>
      </w:r>
      <w:r w:rsidR="21220BC3" w:rsidRPr="0072732A">
        <w:t>your</w:t>
      </w:r>
      <w:r w:rsidRPr="0072732A">
        <w:t xml:space="preserve"> faculty mentor for mentorship awards to be announced </w:t>
      </w:r>
      <w:r w:rsidR="5247F5BB" w:rsidRPr="0072732A">
        <w:t>at the conference. Please be ready to tell us who has</w:t>
      </w:r>
      <w:r w:rsidR="5247F5BB" w:rsidRPr="5E1C6DA2">
        <w:t xml:space="preserve"> helped you in your research journey, and to invite them to attend!</w:t>
      </w:r>
      <w:r w:rsidR="2364F7F8" w:rsidRPr="5E1C6DA2">
        <w:t xml:space="preserve"> </w:t>
      </w:r>
    </w:p>
    <w:p w14:paraId="4606EADA" w14:textId="6CF0AE21" w:rsidR="5247F5BB" w:rsidRPr="003B1A25" w:rsidRDefault="5247F5BB" w:rsidP="5E1C6DA2">
      <w:pPr>
        <w:spacing w:after="0"/>
        <w:rPr>
          <w:b/>
          <w:bCs/>
        </w:rPr>
      </w:pPr>
      <w:r w:rsidRPr="003B1A25">
        <w:rPr>
          <w:b/>
          <w:bCs/>
        </w:rPr>
        <w:t>Lillian R. Sims, PhD</w:t>
      </w:r>
      <w:r w:rsidR="003B1A25">
        <w:rPr>
          <w:b/>
          <w:bCs/>
        </w:rPr>
        <w:tab/>
      </w:r>
      <w:r w:rsidR="003B1A25">
        <w:rPr>
          <w:b/>
          <w:bCs/>
        </w:rPr>
        <w:tab/>
      </w:r>
      <w:r w:rsidR="003B1A25">
        <w:rPr>
          <w:b/>
          <w:bCs/>
        </w:rPr>
        <w:tab/>
      </w:r>
      <w:r w:rsidR="003B1A25">
        <w:rPr>
          <w:b/>
          <w:bCs/>
        </w:rPr>
        <w:tab/>
      </w:r>
      <w:r w:rsidR="003B1A25">
        <w:rPr>
          <w:b/>
          <w:bCs/>
        </w:rPr>
        <w:tab/>
      </w:r>
      <w:r w:rsidR="003B1A25">
        <w:rPr>
          <w:b/>
          <w:bCs/>
        </w:rPr>
        <w:tab/>
      </w:r>
      <w:r w:rsidR="003B1A25" w:rsidRPr="003B1A25">
        <w:rPr>
          <w:b/>
          <w:bCs/>
        </w:rPr>
        <w:t>Xiaoqin Jennifer Wang, MD</w:t>
      </w:r>
    </w:p>
    <w:p w14:paraId="6EAE2A42" w14:textId="2A981792" w:rsidR="003B1A25" w:rsidRPr="0072732A" w:rsidRDefault="5247F5BB" w:rsidP="6F6564CE">
      <w:pPr>
        <w:spacing w:after="0"/>
        <w:rPr>
          <w:i/>
          <w:iCs/>
        </w:rPr>
      </w:pPr>
      <w:r w:rsidRPr="0072732A">
        <w:rPr>
          <w:i/>
          <w:iCs/>
        </w:rPr>
        <w:t>Director of Medical Student Research</w:t>
      </w:r>
      <w:r w:rsidR="003B1A25">
        <w:rPr>
          <w:i/>
          <w:iCs/>
        </w:rPr>
        <w:t xml:space="preserve"> </w:t>
      </w:r>
      <w:r w:rsidR="003B1A25">
        <w:rPr>
          <w:i/>
          <w:iCs/>
        </w:rPr>
        <w:tab/>
      </w:r>
      <w:r w:rsidR="003B1A25">
        <w:rPr>
          <w:i/>
          <w:iCs/>
        </w:rPr>
        <w:tab/>
      </w:r>
      <w:r w:rsidR="003B1A25">
        <w:rPr>
          <w:i/>
          <w:iCs/>
        </w:rPr>
        <w:tab/>
      </w:r>
      <w:r w:rsidR="003B1A25">
        <w:rPr>
          <w:i/>
          <w:iCs/>
        </w:rPr>
        <w:tab/>
      </w:r>
      <w:r w:rsidRPr="0072732A">
        <w:rPr>
          <w:i/>
          <w:iCs/>
        </w:rPr>
        <w:t>Assistant Director of Medical Student Researc</w:t>
      </w:r>
      <w:r w:rsidR="2802B110" w:rsidRPr="0072732A">
        <w:rPr>
          <w:i/>
          <w:iCs/>
        </w:rPr>
        <w:t>h</w:t>
      </w:r>
    </w:p>
    <w:p w14:paraId="78CF1803" w14:textId="77777777" w:rsidR="003B1A25" w:rsidRDefault="6316B6D8" w:rsidP="003B1A25">
      <w:pPr>
        <w:spacing w:after="0"/>
        <w:jc w:val="center"/>
      </w:pPr>
      <w:r w:rsidRPr="003B1A25">
        <w:rPr>
          <w:b/>
          <w:bCs/>
        </w:rPr>
        <w:t>Student Scholarship Showcase Planning Committee</w:t>
      </w:r>
      <w:r w:rsidR="003B1A25">
        <w:t xml:space="preserve">: </w:t>
      </w:r>
    </w:p>
    <w:p w14:paraId="1FDF4E8D" w14:textId="1FFAEFD2" w:rsidR="00A22D70" w:rsidRPr="003B1A25" w:rsidRDefault="003B1A25" w:rsidP="003B1A25">
      <w:pPr>
        <w:spacing w:after="0"/>
        <w:jc w:val="center"/>
        <w:rPr>
          <w:i/>
          <w:iCs/>
        </w:rPr>
      </w:pPr>
      <w:r w:rsidRPr="003B1A25">
        <w:rPr>
          <w:i/>
          <w:iCs/>
        </w:rPr>
        <w:t xml:space="preserve">Fatimah Alomar (M1), Killian McCarthy (M2), Maddie Wieringa (M2), Kayla Horne (M3), Dominic Armagno (M4), Jonathan Hauke (M4), and </w:t>
      </w:r>
      <w:r>
        <w:rPr>
          <w:i/>
          <w:iCs/>
        </w:rPr>
        <w:t xml:space="preserve">Committee </w:t>
      </w:r>
      <w:r w:rsidRPr="003B1A25">
        <w:rPr>
          <w:i/>
          <w:iCs/>
        </w:rPr>
        <w:t>Chair Mollie Morris (M3)</w:t>
      </w:r>
    </w:p>
    <w:p w14:paraId="3E1DA0C3" w14:textId="77777777" w:rsidR="009613CA" w:rsidRPr="009613CA" w:rsidRDefault="009613CA" w:rsidP="5E1C6DA2">
      <w:pPr>
        <w:spacing w:after="0"/>
        <w:rPr>
          <w:b/>
          <w:bCs/>
          <w:i/>
          <w:iCs/>
        </w:rPr>
      </w:pPr>
    </w:p>
    <w:p w14:paraId="3ECB2FA6" w14:textId="57C7B932" w:rsidR="1E9C1B8E" w:rsidRDefault="1E9C1B8E" w:rsidP="5E1C6DA2">
      <w:pPr>
        <w:pStyle w:val="Heading4"/>
        <w:spacing w:before="0" w:line="240" w:lineRule="auto"/>
        <w:rPr>
          <w:rFonts w:asciiTheme="minorHAnsi" w:eastAsiaTheme="minorEastAsia" w:hAnsiTheme="minorHAnsi" w:cstheme="minorBidi"/>
          <w:u w:val="single"/>
        </w:rPr>
      </w:pPr>
      <w:r w:rsidRPr="5E1C6DA2">
        <w:rPr>
          <w:rFonts w:asciiTheme="minorHAnsi" w:eastAsiaTheme="minorEastAsia" w:hAnsiTheme="minorHAnsi" w:cstheme="minorBidi"/>
          <w:u w:val="single"/>
        </w:rPr>
        <w:lastRenderedPageBreak/>
        <w:t xml:space="preserve">Abstract Categories (Authors must </w:t>
      </w:r>
      <w:r w:rsidR="3E2E3FC4" w:rsidRPr="5E1C6DA2">
        <w:rPr>
          <w:rFonts w:asciiTheme="minorHAnsi" w:eastAsiaTheme="minorEastAsia" w:hAnsiTheme="minorHAnsi" w:cstheme="minorBidi"/>
          <w:u w:val="single"/>
        </w:rPr>
        <w:t>select a single category upon submission):</w:t>
      </w:r>
    </w:p>
    <w:p w14:paraId="22E8B36E" w14:textId="401E2015" w:rsidR="003F062E" w:rsidRPr="007C3978" w:rsidRDefault="709C23AF" w:rsidP="5E1C6DA2">
      <w:pPr>
        <w:spacing w:after="0" w:line="240" w:lineRule="auto"/>
        <w:rPr>
          <w:b/>
          <w:bCs/>
        </w:rPr>
      </w:pPr>
      <w:r w:rsidRPr="12D84AC9">
        <w:rPr>
          <w:b/>
          <w:bCs/>
        </w:rPr>
        <w:t xml:space="preserve">1. </w:t>
      </w:r>
      <w:r w:rsidR="7362B483" w:rsidRPr="12D84AC9">
        <w:rPr>
          <w:b/>
          <w:bCs/>
        </w:rPr>
        <w:t>Clinical</w:t>
      </w:r>
      <w:r w:rsidR="7DFD0F2C" w:rsidRPr="12D84AC9">
        <w:rPr>
          <w:b/>
          <w:bCs/>
        </w:rPr>
        <w:t xml:space="preserve"> Research (Medical and Surgical categories)</w:t>
      </w:r>
    </w:p>
    <w:p w14:paraId="54384BF1" w14:textId="21653978" w:rsidR="003F062E" w:rsidRPr="007C3978" w:rsidRDefault="3DAA59F1" w:rsidP="5E1C6DA2">
      <w:pPr>
        <w:spacing w:after="0" w:line="240" w:lineRule="auto"/>
        <w:rPr>
          <w:b/>
          <w:bCs/>
        </w:rPr>
      </w:pPr>
      <w:r w:rsidRPr="12D84AC9">
        <w:rPr>
          <w:b/>
          <w:bCs/>
        </w:rPr>
        <w:t xml:space="preserve">2. </w:t>
      </w:r>
      <w:r w:rsidR="7362B483" w:rsidRPr="12D84AC9">
        <w:rPr>
          <w:b/>
          <w:bCs/>
        </w:rPr>
        <w:t>Basic Science</w:t>
      </w:r>
      <w:r w:rsidR="1E8408BF" w:rsidRPr="12D84AC9">
        <w:rPr>
          <w:b/>
          <w:bCs/>
        </w:rPr>
        <w:t>/Translational Research</w:t>
      </w:r>
      <w:r w:rsidR="7362B483" w:rsidRPr="12D84AC9">
        <w:rPr>
          <w:b/>
          <w:bCs/>
        </w:rPr>
        <w:t xml:space="preserve"> </w:t>
      </w:r>
    </w:p>
    <w:p w14:paraId="0EC6333F" w14:textId="56FDD4B5" w:rsidR="003F062E" w:rsidRPr="007C3978" w:rsidRDefault="092C5208" w:rsidP="5E1C6DA2">
      <w:pPr>
        <w:spacing w:after="0" w:line="240" w:lineRule="auto"/>
        <w:rPr>
          <w:b/>
          <w:bCs/>
        </w:rPr>
      </w:pPr>
      <w:r w:rsidRPr="5E1C6DA2">
        <w:rPr>
          <w:b/>
          <w:bCs/>
        </w:rPr>
        <w:t xml:space="preserve">3. </w:t>
      </w:r>
      <w:r w:rsidR="3A93B72E" w:rsidRPr="5E1C6DA2">
        <w:rPr>
          <w:b/>
          <w:bCs/>
        </w:rPr>
        <w:t xml:space="preserve">Medical </w:t>
      </w:r>
      <w:r w:rsidR="001B18C9" w:rsidRPr="5E1C6DA2">
        <w:rPr>
          <w:b/>
          <w:bCs/>
        </w:rPr>
        <w:t>Education</w:t>
      </w:r>
    </w:p>
    <w:p w14:paraId="7101172F" w14:textId="547BB1BE" w:rsidR="6C64B166" w:rsidRDefault="3AB5DE48" w:rsidP="5E1C6DA2">
      <w:pPr>
        <w:spacing w:after="0" w:line="240" w:lineRule="auto"/>
      </w:pPr>
      <w:r w:rsidRPr="12D84AC9">
        <w:rPr>
          <w:b/>
          <w:bCs/>
        </w:rPr>
        <w:t>4</w:t>
      </w:r>
      <w:r w:rsidR="10E617A0" w:rsidRPr="12D84AC9">
        <w:rPr>
          <w:b/>
          <w:bCs/>
        </w:rPr>
        <w:t xml:space="preserve">. </w:t>
      </w:r>
      <w:r w:rsidR="7362B483" w:rsidRPr="12D84AC9">
        <w:rPr>
          <w:b/>
          <w:bCs/>
        </w:rPr>
        <w:t>Case Report</w:t>
      </w:r>
      <w:r w:rsidR="6C196890" w:rsidRPr="12D84AC9">
        <w:rPr>
          <w:b/>
          <w:bCs/>
        </w:rPr>
        <w:t>s</w:t>
      </w:r>
      <w:r w:rsidR="4081EF90" w:rsidRPr="12D84AC9">
        <w:rPr>
          <w:b/>
          <w:bCs/>
        </w:rPr>
        <w:t xml:space="preserve"> </w:t>
      </w:r>
      <w:r w:rsidR="1BDEE811" w:rsidRPr="12D84AC9">
        <w:rPr>
          <w:b/>
          <w:bCs/>
        </w:rPr>
        <w:t>&amp;</w:t>
      </w:r>
      <w:r w:rsidR="368FA1DA" w:rsidRPr="12D84AC9">
        <w:rPr>
          <w:b/>
          <w:bCs/>
        </w:rPr>
        <w:t xml:space="preserve"> Clinical Education</w:t>
      </w:r>
    </w:p>
    <w:p w14:paraId="5FFF17EE" w14:textId="063FB0BB" w:rsidR="6E3F7D1A" w:rsidRDefault="3EE1D74F" w:rsidP="5E1C6DA2">
      <w:pPr>
        <w:spacing w:after="0" w:line="240" w:lineRule="auto"/>
        <w:rPr>
          <w:b/>
          <w:bCs/>
        </w:rPr>
      </w:pPr>
      <w:r w:rsidRPr="12D84AC9">
        <w:rPr>
          <w:b/>
          <w:bCs/>
        </w:rPr>
        <w:t>5</w:t>
      </w:r>
      <w:r w:rsidR="45519DC1" w:rsidRPr="12D84AC9">
        <w:rPr>
          <w:b/>
          <w:bCs/>
        </w:rPr>
        <w:t xml:space="preserve">. </w:t>
      </w:r>
      <w:r w:rsidR="7362B483" w:rsidRPr="12D84AC9">
        <w:rPr>
          <w:b/>
          <w:bCs/>
        </w:rPr>
        <w:t>Quality Improvement</w:t>
      </w:r>
      <w:r w:rsidR="11BD75AA" w:rsidRPr="12D84AC9">
        <w:rPr>
          <w:b/>
          <w:bCs/>
        </w:rPr>
        <w:t xml:space="preserve">, </w:t>
      </w:r>
      <w:r w:rsidR="386BB953" w:rsidRPr="12D84AC9">
        <w:rPr>
          <w:b/>
          <w:bCs/>
        </w:rPr>
        <w:t xml:space="preserve">Patient </w:t>
      </w:r>
      <w:r w:rsidR="7362B483" w:rsidRPr="12D84AC9">
        <w:rPr>
          <w:b/>
          <w:bCs/>
        </w:rPr>
        <w:t>Safety</w:t>
      </w:r>
      <w:r w:rsidR="0A98180B" w:rsidRPr="12D84AC9">
        <w:rPr>
          <w:b/>
          <w:bCs/>
        </w:rPr>
        <w:t xml:space="preserve">, </w:t>
      </w:r>
      <w:r w:rsidR="0BDEFE9E" w:rsidRPr="12D84AC9">
        <w:rPr>
          <w:b/>
          <w:bCs/>
        </w:rPr>
        <w:t>&amp;</w:t>
      </w:r>
      <w:r w:rsidR="0A98180B" w:rsidRPr="12D84AC9">
        <w:rPr>
          <w:b/>
          <w:bCs/>
        </w:rPr>
        <w:t xml:space="preserve"> Environmental Sustainability</w:t>
      </w:r>
      <w:r w:rsidR="56135DF3" w:rsidRPr="12D84AC9">
        <w:rPr>
          <w:b/>
          <w:bCs/>
        </w:rPr>
        <w:t xml:space="preserve"> (QIPSES)</w:t>
      </w:r>
    </w:p>
    <w:p w14:paraId="6906EA5B" w14:textId="6C45C9A1" w:rsidR="5F983EF1" w:rsidRDefault="2659F816" w:rsidP="003B1A25">
      <w:pPr>
        <w:spacing w:after="0" w:line="240" w:lineRule="auto"/>
        <w:rPr>
          <w:i/>
          <w:iCs/>
        </w:rPr>
      </w:pPr>
      <w:r w:rsidRPr="5E1C6DA2">
        <w:rPr>
          <w:b/>
          <w:bCs/>
        </w:rPr>
        <w:t>6</w:t>
      </w:r>
      <w:r w:rsidR="7C59BDF2" w:rsidRPr="5E1C6DA2">
        <w:rPr>
          <w:b/>
          <w:bCs/>
        </w:rPr>
        <w:t>. Health Services*</w:t>
      </w:r>
      <w:r w:rsidR="003B1A25">
        <w:rPr>
          <w:b/>
          <w:bCs/>
        </w:rPr>
        <w:t xml:space="preserve"> </w:t>
      </w:r>
      <w:r w:rsidR="5F983EF1" w:rsidRPr="5E1C6DA2">
        <w:rPr>
          <w:i/>
          <w:iCs/>
        </w:rPr>
        <w:t>Health services may include community engagement, public health, patient education, or service-oriented innovations.</w:t>
      </w:r>
    </w:p>
    <w:p w14:paraId="68CF43DB" w14:textId="48FB7FFA" w:rsidR="003B1A25" w:rsidRPr="003B1A25" w:rsidRDefault="003B1A25" w:rsidP="003B1A25">
      <w:pPr>
        <w:spacing w:after="0" w:line="240" w:lineRule="auto"/>
      </w:pPr>
      <w:r>
        <w:rPr>
          <w:b/>
          <w:bCs/>
        </w:rPr>
        <w:t>7. Emerging Research</w:t>
      </w:r>
      <w:r>
        <w:t xml:space="preserve">* </w:t>
      </w:r>
      <w:r w:rsidRPr="003B1A25">
        <w:rPr>
          <w:i/>
          <w:iCs/>
        </w:rPr>
        <w:t>Projects that are unfolding</w:t>
      </w:r>
      <w:r>
        <w:rPr>
          <w:i/>
          <w:iCs/>
        </w:rPr>
        <w:t xml:space="preserve"> with minimal data at present; best for overviewing innovations, new programs, new approaches</w:t>
      </w:r>
      <w:r w:rsidR="00865B2D">
        <w:rPr>
          <w:i/>
          <w:iCs/>
        </w:rPr>
        <w:t xml:space="preserve"> to data,</w:t>
      </w:r>
      <w:r>
        <w:rPr>
          <w:i/>
          <w:iCs/>
        </w:rPr>
        <w:t xml:space="preserve"> etc.</w:t>
      </w:r>
    </w:p>
    <w:p w14:paraId="2DFFFDA8" w14:textId="77777777" w:rsidR="00865B2D" w:rsidRDefault="00865B2D" w:rsidP="5E1C6DA2">
      <w:pPr>
        <w:pStyle w:val="Heading4"/>
        <w:spacing w:before="0" w:line="240" w:lineRule="auto"/>
        <w:rPr>
          <w:rFonts w:asciiTheme="minorHAnsi" w:eastAsiaTheme="minorEastAsia" w:hAnsiTheme="minorHAnsi" w:cstheme="minorBidi"/>
        </w:rPr>
      </w:pPr>
    </w:p>
    <w:p w14:paraId="0EAF8ABC" w14:textId="73696977" w:rsidR="003F062E" w:rsidRPr="007C3978" w:rsidRDefault="001B18C9" w:rsidP="5E1C6DA2">
      <w:pPr>
        <w:pStyle w:val="Heading4"/>
        <w:spacing w:before="0" w:line="240" w:lineRule="auto"/>
        <w:rPr>
          <w:rFonts w:asciiTheme="minorHAnsi" w:eastAsiaTheme="minorEastAsia" w:hAnsiTheme="minorHAnsi" w:cstheme="minorBidi"/>
        </w:rPr>
      </w:pPr>
      <w:r w:rsidRPr="5E1C6DA2">
        <w:rPr>
          <w:rFonts w:asciiTheme="minorHAnsi" w:eastAsiaTheme="minorEastAsia" w:hAnsiTheme="minorHAnsi" w:cstheme="minorBidi"/>
        </w:rPr>
        <w:t xml:space="preserve">General Guidelines </w:t>
      </w:r>
    </w:p>
    <w:p w14:paraId="575F90D8" w14:textId="74F3B20D" w:rsidR="5F038733" w:rsidRDefault="5F038733" w:rsidP="5E1C6DA2">
      <w:pPr>
        <w:pStyle w:val="ListParagraph"/>
        <w:numPr>
          <w:ilvl w:val="0"/>
          <w:numId w:val="3"/>
        </w:numPr>
        <w:spacing w:after="0" w:line="240" w:lineRule="auto"/>
      </w:pPr>
      <w:r w:rsidRPr="5E1C6DA2">
        <w:t>All s</w:t>
      </w:r>
      <w:r w:rsidR="58A80E18" w:rsidRPr="5E1C6DA2">
        <w:t xml:space="preserve">ubmissions should constitute new scholarship and may not have been </w:t>
      </w:r>
      <w:r w:rsidR="001542D6">
        <w:t>accepted</w:t>
      </w:r>
      <w:r w:rsidR="58A80E18" w:rsidRPr="5E1C6DA2">
        <w:t xml:space="preserve"> </w:t>
      </w:r>
      <w:r w:rsidR="11EF058C" w:rsidRPr="5E1C6DA2">
        <w:t>to any previous conference or publication</w:t>
      </w:r>
      <w:r w:rsidR="58A80E18" w:rsidRPr="5E1C6DA2">
        <w:t xml:space="preserve">.  </w:t>
      </w:r>
      <w:r w:rsidR="001542D6">
        <w:t xml:space="preserve">If you have submitted your work to another conference but not yet heard back on acceptance, you can still submit here. </w:t>
      </w:r>
      <w:r w:rsidR="5D31F7FE" w:rsidRPr="5E1C6DA2">
        <w:t>Note that y</w:t>
      </w:r>
      <w:r w:rsidR="58A80E18" w:rsidRPr="5E1C6DA2">
        <w:t xml:space="preserve">ou may in turn “scale up” this </w:t>
      </w:r>
      <w:r w:rsidR="45219BA3" w:rsidRPr="5E1C6DA2">
        <w:t xml:space="preserve">local </w:t>
      </w:r>
      <w:r w:rsidR="58A80E18" w:rsidRPr="5E1C6DA2">
        <w:t xml:space="preserve">presentation to a larger conference </w:t>
      </w:r>
      <w:proofErr w:type="gramStart"/>
      <w:r w:rsidR="58A80E18" w:rsidRPr="5E1C6DA2">
        <w:t>at a later date</w:t>
      </w:r>
      <w:proofErr w:type="gramEnd"/>
      <w:r w:rsidR="58A80E18" w:rsidRPr="5E1C6DA2">
        <w:t xml:space="preserve">; if so, list both </w:t>
      </w:r>
      <w:r w:rsidR="0072732A">
        <w:t>together in your records as the same presentation presented both locally and externally.</w:t>
      </w:r>
      <w:r w:rsidR="58A80E18" w:rsidRPr="5E1C6DA2">
        <w:t xml:space="preserve"> Alternatively, plan to reframe your findings in a </w:t>
      </w:r>
      <w:r w:rsidR="00A22D70">
        <w:t>new</w:t>
      </w:r>
      <w:r w:rsidR="58A80E18" w:rsidRPr="5E1C6DA2">
        <w:t xml:space="preserve"> way (including feedback from this experience!) for </w:t>
      </w:r>
      <w:r w:rsidR="00A22D70">
        <w:t xml:space="preserve">a </w:t>
      </w:r>
      <w:r w:rsidR="58A80E18" w:rsidRPr="5E1C6DA2">
        <w:t>future submission so that each presentation can stand on its own merit.</w:t>
      </w:r>
    </w:p>
    <w:p w14:paraId="14A82A37" w14:textId="482D00F7" w:rsidR="227773DC" w:rsidRDefault="227773DC" w:rsidP="5E1C6DA2">
      <w:pPr>
        <w:pStyle w:val="ListParagraph"/>
        <w:numPr>
          <w:ilvl w:val="0"/>
          <w:numId w:val="3"/>
        </w:numPr>
        <w:spacing w:after="0" w:line="240" w:lineRule="auto"/>
      </w:pPr>
      <w:proofErr w:type="gramStart"/>
      <w:r w:rsidRPr="5E1C6DA2">
        <w:t>With the exception of</w:t>
      </w:r>
      <w:proofErr w:type="gramEnd"/>
      <w:r w:rsidRPr="5E1C6DA2">
        <w:t xml:space="preserve"> case reports, </w:t>
      </w:r>
      <w:r w:rsidR="515C601F" w:rsidRPr="5E1C6DA2">
        <w:t xml:space="preserve">all </w:t>
      </w:r>
      <w:r w:rsidRPr="5E1C6DA2">
        <w:t>submissions should be hypothesis-driven</w:t>
      </w:r>
      <w:r w:rsidR="28F6480F" w:rsidRPr="5E1C6DA2">
        <w:t xml:space="preserve"> and data-driven</w:t>
      </w:r>
      <w:r w:rsidRPr="5E1C6DA2">
        <w:t xml:space="preserve">. They may include work-in-progress updates on emerging studies or innovations, but they must have supportive, IRB-approved </w:t>
      </w:r>
      <w:r w:rsidR="73B06959" w:rsidRPr="5E1C6DA2">
        <w:t xml:space="preserve">or otherwise </w:t>
      </w:r>
      <w:r w:rsidR="0072732A">
        <w:t xml:space="preserve">permissible </w:t>
      </w:r>
      <w:r w:rsidRPr="5E1C6DA2">
        <w:t>data</w:t>
      </w:r>
      <w:r w:rsidR="0B446740" w:rsidRPr="5E1C6DA2">
        <w:t xml:space="preserve"> that has been analyzed at least to the point of enabling preliminary findings.</w:t>
      </w:r>
      <w:r w:rsidR="00865B2D">
        <w:t xml:space="preserve"> For the emerging research category, you should still have information to share that documents an unfolding innovation or project; do not just submit a research idea.</w:t>
      </w:r>
    </w:p>
    <w:p w14:paraId="0DB10FFE" w14:textId="369A27E9" w:rsidR="2EED6818" w:rsidRDefault="2EED6818" w:rsidP="5E1C6DA2">
      <w:pPr>
        <w:pStyle w:val="ListParagraph"/>
        <w:numPr>
          <w:ilvl w:val="0"/>
          <w:numId w:val="3"/>
        </w:numPr>
        <w:spacing w:after="0" w:line="240" w:lineRule="auto"/>
      </w:pPr>
      <w:r w:rsidRPr="6F6564CE">
        <w:t xml:space="preserve">The </w:t>
      </w:r>
      <w:r w:rsidRPr="6F6564CE">
        <w:rPr>
          <w:b/>
          <w:bCs/>
        </w:rPr>
        <w:t>maximum abstract length is 500 words</w:t>
      </w:r>
      <w:r w:rsidRPr="6F6564CE">
        <w:t xml:space="preserve"> (title and references excluded)</w:t>
      </w:r>
      <w:r w:rsidR="1F00FB4B" w:rsidRPr="6F6564CE">
        <w:t>, with no more than 3 .jpg-format images included, if applicable.</w:t>
      </w:r>
    </w:p>
    <w:p w14:paraId="2EBC6C88" w14:textId="2BAD22F4" w:rsidR="2EED6818" w:rsidRDefault="2EED6818" w:rsidP="5E1C6DA2">
      <w:pPr>
        <w:pStyle w:val="ListParagraph"/>
        <w:numPr>
          <w:ilvl w:val="0"/>
          <w:numId w:val="3"/>
        </w:numPr>
        <w:spacing w:after="0" w:line="240" w:lineRule="auto"/>
      </w:pPr>
      <w:r w:rsidRPr="5E1C6DA2">
        <w:t>HIPAA or FERPA compliance is required for all submissions (nothing identifiable!) and IRB approval or other data procurement processes</w:t>
      </w:r>
      <w:r w:rsidR="0072732A">
        <w:t xml:space="preserve"> used</w:t>
      </w:r>
      <w:r w:rsidRPr="5E1C6DA2">
        <w:t xml:space="preserve"> must be noted.</w:t>
      </w:r>
      <w:r w:rsidR="00A22D70">
        <w:t xml:space="preserve"> </w:t>
      </w:r>
    </w:p>
    <w:p w14:paraId="225414DC" w14:textId="1AE3F873" w:rsidR="2EED6818" w:rsidRDefault="2EED6818" w:rsidP="5E1C6DA2">
      <w:pPr>
        <w:pStyle w:val="ListParagraph"/>
        <w:numPr>
          <w:ilvl w:val="0"/>
          <w:numId w:val="3"/>
        </w:numPr>
        <w:spacing w:after="0" w:line="240" w:lineRule="auto"/>
      </w:pPr>
      <w:r w:rsidRPr="5E1C6DA2">
        <w:t>If any AI tool is used in the development of an abstract or the underlying project, use must be disclosed in the abstract.</w:t>
      </w:r>
    </w:p>
    <w:p w14:paraId="15DA624A" w14:textId="1AFA6880" w:rsidR="1A4A2D9B" w:rsidRDefault="1A4A2D9B" w:rsidP="5E1C6DA2">
      <w:pPr>
        <w:pStyle w:val="ListParagraph"/>
        <w:numPr>
          <w:ilvl w:val="0"/>
          <w:numId w:val="3"/>
        </w:numPr>
        <w:spacing w:after="0" w:line="240" w:lineRule="auto"/>
      </w:pPr>
      <w:r w:rsidRPr="5E1C6DA2">
        <w:t xml:space="preserve">This is a formal, peer-reviewed process. Expect feedback from anonymous faculty reviewers and live feedback </w:t>
      </w:r>
      <w:r w:rsidR="0072732A">
        <w:t xml:space="preserve">or questions </w:t>
      </w:r>
      <w:r w:rsidRPr="5E1C6DA2">
        <w:t>during the event</w:t>
      </w:r>
      <w:r w:rsidR="00A22D70">
        <w:t xml:space="preserve"> if your abstract is accepted. </w:t>
      </w:r>
      <w:r w:rsidRPr="5E1C6DA2">
        <w:t xml:space="preserve">Our goal is to provide you with valuable </w:t>
      </w:r>
      <w:r w:rsidR="0072732A">
        <w:t xml:space="preserve">insight </w:t>
      </w:r>
      <w:r w:rsidR="00A22D70">
        <w:t>to help you grow!</w:t>
      </w:r>
    </w:p>
    <w:p w14:paraId="47E455E4" w14:textId="77777777" w:rsidR="00865B2D" w:rsidRDefault="00865B2D" w:rsidP="5E1C6DA2">
      <w:pPr>
        <w:pStyle w:val="Heading4"/>
        <w:spacing w:before="0" w:line="240" w:lineRule="auto"/>
        <w:rPr>
          <w:rFonts w:asciiTheme="minorHAnsi" w:eastAsiaTheme="minorEastAsia" w:hAnsiTheme="minorHAnsi" w:cstheme="minorBidi"/>
        </w:rPr>
      </w:pPr>
    </w:p>
    <w:p w14:paraId="0BE33164" w14:textId="018AE0F2" w:rsidR="1A4A2D9B" w:rsidRDefault="1A4A2D9B" w:rsidP="5E1C6DA2">
      <w:pPr>
        <w:pStyle w:val="Heading4"/>
        <w:spacing w:before="0" w:line="240" w:lineRule="auto"/>
        <w:rPr>
          <w:rFonts w:asciiTheme="minorHAnsi" w:eastAsiaTheme="minorEastAsia" w:hAnsiTheme="minorHAnsi" w:cstheme="minorBidi"/>
        </w:rPr>
      </w:pPr>
      <w:r w:rsidRPr="5E1C6DA2">
        <w:rPr>
          <w:rFonts w:asciiTheme="minorHAnsi" w:eastAsiaTheme="minorEastAsia" w:hAnsiTheme="minorHAnsi" w:cstheme="minorBidi"/>
        </w:rPr>
        <w:t xml:space="preserve">Authorship Rules </w:t>
      </w:r>
    </w:p>
    <w:p w14:paraId="027CA5C5" w14:textId="334C7D15" w:rsidR="13587503" w:rsidRDefault="13587503" w:rsidP="5E1C6DA2">
      <w:pPr>
        <w:pStyle w:val="ListParagraph"/>
        <w:numPr>
          <w:ilvl w:val="0"/>
          <w:numId w:val="3"/>
        </w:numPr>
        <w:spacing w:after="0" w:line="240" w:lineRule="auto"/>
      </w:pPr>
      <w:r w:rsidRPr="5E1C6DA2">
        <w:t>B</w:t>
      </w:r>
      <w:r w:rsidR="1A4A2D9B" w:rsidRPr="5E1C6DA2">
        <w:t xml:space="preserve">ecause of the concurrent nature of the event, </w:t>
      </w:r>
      <w:r w:rsidR="0063442D">
        <w:t>only one oral presentation submission is allowed</w:t>
      </w:r>
      <w:r w:rsidR="0072732A">
        <w:t xml:space="preserve"> per student</w:t>
      </w:r>
      <w:r w:rsidR="0063442D">
        <w:t xml:space="preserve">. </w:t>
      </w:r>
      <w:r w:rsidR="0072732A">
        <w:t xml:space="preserve">Your submission may be selected for an oral presentation or diverted to the poster session based on reviewer feedback. </w:t>
      </w:r>
      <w:r w:rsidR="0063442D">
        <w:t xml:space="preserve">However, a </w:t>
      </w:r>
      <w:r w:rsidR="009613CA">
        <w:t xml:space="preserve">second </w:t>
      </w:r>
      <w:r w:rsidR="0063442D">
        <w:t xml:space="preserve">first-author </w:t>
      </w:r>
      <w:r w:rsidR="009613CA">
        <w:t xml:space="preserve">submission </w:t>
      </w:r>
      <w:r w:rsidR="0072732A">
        <w:t>from the same student is allowable as</w:t>
      </w:r>
      <w:r w:rsidR="0063442D">
        <w:t xml:space="preserve"> a </w:t>
      </w:r>
      <w:r w:rsidR="009613CA">
        <w:t>poster submission</w:t>
      </w:r>
      <w:r w:rsidR="0072732A">
        <w:t xml:space="preserve"> – just be sure to designate which of your submissions you would like to be considered for presentation </w:t>
      </w:r>
      <w:proofErr w:type="gramStart"/>
      <w:r w:rsidR="0072732A">
        <w:t>format</w:t>
      </w:r>
      <w:proofErr w:type="gramEnd"/>
      <w:r w:rsidR="0072732A">
        <w:t xml:space="preserve"> and which is only for the poster session.</w:t>
      </w:r>
      <w:r w:rsidR="0063442D">
        <w:t xml:space="preserve"> </w:t>
      </w:r>
      <w:r w:rsidR="00E5123D">
        <w:t>Alternatively, i</w:t>
      </w:r>
      <w:r w:rsidR="0063442D">
        <w:t xml:space="preserve">f you are involved with multiple projects that are ready for oral presentation format, ask a student co-author to submit and present </w:t>
      </w:r>
      <w:r w:rsidR="00E5123D">
        <w:t>on behalf</w:t>
      </w:r>
      <w:r w:rsidR="0063442D">
        <w:t xml:space="preserve"> your team.</w:t>
      </w:r>
    </w:p>
    <w:p w14:paraId="3F6D9C68" w14:textId="64DF52A2" w:rsidR="0CF23713" w:rsidRDefault="00E5123D" w:rsidP="5E1C6DA2">
      <w:pPr>
        <w:pStyle w:val="ListParagraph"/>
        <w:numPr>
          <w:ilvl w:val="0"/>
          <w:numId w:val="3"/>
        </w:numPr>
        <w:spacing w:after="0" w:line="240" w:lineRule="auto"/>
      </w:pPr>
      <w:r>
        <w:t>Each</w:t>
      </w:r>
      <w:r w:rsidR="7D044A15" w:rsidRPr="5E1C6DA2">
        <w:t xml:space="preserve"> submitting</w:t>
      </w:r>
      <w:r w:rsidR="00A22D70">
        <w:t>/presenting</w:t>
      </w:r>
      <w:r w:rsidR="7D044A15" w:rsidRPr="5E1C6DA2">
        <w:t xml:space="preserve"> author </w:t>
      </w:r>
      <w:r w:rsidR="7D044A15" w:rsidRPr="5E1C6DA2">
        <w:rPr>
          <w:b/>
          <w:bCs/>
        </w:rPr>
        <w:t>must be a current UKCOM medical student who will be available to</w:t>
      </w:r>
      <w:r>
        <w:rPr>
          <w:b/>
          <w:bCs/>
        </w:rPr>
        <w:t xml:space="preserve"> attend and</w:t>
      </w:r>
      <w:r w:rsidR="7D044A15" w:rsidRPr="5E1C6DA2">
        <w:rPr>
          <w:b/>
          <w:bCs/>
        </w:rPr>
        <w:t xml:space="preserve"> present </w:t>
      </w:r>
      <w:r w:rsidR="22FFBDD6" w:rsidRPr="5E1C6DA2">
        <w:rPr>
          <w:b/>
          <w:bCs/>
        </w:rPr>
        <w:t xml:space="preserve">virtually </w:t>
      </w:r>
      <w:r w:rsidR="7D044A15" w:rsidRPr="5E1C6DA2">
        <w:rPr>
          <w:b/>
          <w:bCs/>
        </w:rPr>
        <w:t xml:space="preserve">on </w:t>
      </w:r>
      <w:r w:rsidR="00561939">
        <w:rPr>
          <w:b/>
          <w:bCs/>
        </w:rPr>
        <w:t>Friday, August 28,</w:t>
      </w:r>
      <w:r w:rsidR="7D044A15" w:rsidRPr="5E1C6DA2">
        <w:rPr>
          <w:b/>
          <w:bCs/>
        </w:rPr>
        <w:t xml:space="preserve"> between 1</w:t>
      </w:r>
      <w:r w:rsidR="00561939">
        <w:rPr>
          <w:b/>
          <w:bCs/>
        </w:rPr>
        <w:t>2:30</w:t>
      </w:r>
      <w:r w:rsidR="00216338">
        <w:rPr>
          <w:b/>
          <w:bCs/>
        </w:rPr>
        <w:t xml:space="preserve"> and </w:t>
      </w:r>
      <w:r w:rsidR="7D044A15" w:rsidRPr="5E1C6DA2">
        <w:rPr>
          <w:b/>
          <w:bCs/>
        </w:rPr>
        <w:t>3</w:t>
      </w:r>
      <w:r w:rsidR="00561939">
        <w:rPr>
          <w:b/>
          <w:bCs/>
        </w:rPr>
        <w:t>:00</w:t>
      </w:r>
      <w:r w:rsidR="7D044A15" w:rsidRPr="5E1C6DA2">
        <w:rPr>
          <w:b/>
          <w:bCs/>
        </w:rPr>
        <w:t xml:space="preserve"> pm ET</w:t>
      </w:r>
      <w:r w:rsidR="7D044A15" w:rsidRPr="5E1C6DA2">
        <w:t xml:space="preserve">. </w:t>
      </w:r>
      <w:r w:rsidR="5ABFCBE0" w:rsidRPr="5E1C6DA2">
        <w:t>Students who have a scheduling conflict</w:t>
      </w:r>
      <w:r w:rsidR="00A22D70">
        <w:t xml:space="preserve"> on </w:t>
      </w:r>
      <w:r w:rsidR="00216338">
        <w:t>8/28</w:t>
      </w:r>
      <w:r w:rsidR="5ABFCBE0" w:rsidRPr="5E1C6DA2">
        <w:t xml:space="preserve"> should identify a peer co-author </w:t>
      </w:r>
      <w:r w:rsidR="00A22D70">
        <w:t>to submit the project instead.</w:t>
      </w:r>
      <w:r>
        <w:t xml:space="preserve"> Only medical student presenters (no staff, faculty, etc.) are allowed at this event.</w:t>
      </w:r>
    </w:p>
    <w:p w14:paraId="683DD31D" w14:textId="58710254" w:rsidR="4D5D3043" w:rsidRDefault="4D5D3043" w:rsidP="5E1C6DA2">
      <w:pPr>
        <w:pStyle w:val="ListParagraph"/>
        <w:numPr>
          <w:ilvl w:val="0"/>
          <w:numId w:val="3"/>
        </w:numPr>
        <w:spacing w:after="0" w:line="240" w:lineRule="auto"/>
      </w:pPr>
      <w:r w:rsidRPr="5E1C6DA2">
        <w:t>Please give co-authorship credit to any peers, staff, and/or mentors who contributed. Only the presenting student (first author, usually) must be a UKCOM student.</w:t>
      </w:r>
    </w:p>
    <w:p w14:paraId="14D5D3A2" w14:textId="4AD01140" w:rsidR="7D044A15" w:rsidRDefault="7D044A15" w:rsidP="5E1C6DA2">
      <w:pPr>
        <w:pStyle w:val="ListParagraph"/>
        <w:numPr>
          <w:ilvl w:val="0"/>
          <w:numId w:val="3"/>
        </w:numPr>
        <w:spacing w:after="0" w:line="240" w:lineRule="auto"/>
      </w:pPr>
      <w:r w:rsidRPr="6F6564CE">
        <w:lastRenderedPageBreak/>
        <w:t xml:space="preserve">BG and NKY campus students may </w:t>
      </w:r>
      <w:r w:rsidR="5A6D055C" w:rsidRPr="6F6564CE">
        <w:t>participate</w:t>
      </w:r>
      <w:r w:rsidR="009613CA">
        <w:t xml:space="preserve">; be aware that your campuses also have showcase events later in the fall </w:t>
      </w:r>
      <w:r w:rsidR="00E5123D">
        <w:t xml:space="preserve">(both in November) </w:t>
      </w:r>
      <w:r w:rsidR="009613CA">
        <w:t>which may be a better fit</w:t>
      </w:r>
      <w:r w:rsidR="00E5123D">
        <w:t xml:space="preserve"> for some projects</w:t>
      </w:r>
      <w:r w:rsidR="009613CA">
        <w:t>, especially if your project was completed with a non-UKCOM mentor.</w:t>
      </w:r>
      <w:r w:rsidR="03663958" w:rsidRPr="6F6564CE">
        <w:t xml:space="preserve"> </w:t>
      </w:r>
    </w:p>
    <w:p w14:paraId="6708EF28" w14:textId="084C9C16" w:rsidR="001B18C9" w:rsidRDefault="001B18C9" w:rsidP="5E1C6DA2">
      <w:pPr>
        <w:pStyle w:val="Heading4"/>
        <w:spacing w:before="120" w:line="240" w:lineRule="auto"/>
        <w:rPr>
          <w:rFonts w:asciiTheme="minorHAnsi" w:eastAsiaTheme="minorEastAsia" w:hAnsiTheme="minorHAnsi" w:cstheme="minorBidi"/>
        </w:rPr>
      </w:pPr>
      <w:r w:rsidRPr="5E1C6DA2">
        <w:rPr>
          <w:rFonts w:asciiTheme="minorHAnsi" w:eastAsiaTheme="minorEastAsia" w:hAnsiTheme="minorHAnsi" w:cstheme="minorBidi"/>
        </w:rPr>
        <w:t xml:space="preserve">Submission </w:t>
      </w:r>
      <w:r w:rsidR="5D0B8756" w:rsidRPr="5E1C6DA2">
        <w:rPr>
          <w:rFonts w:asciiTheme="minorHAnsi" w:eastAsiaTheme="minorEastAsia" w:hAnsiTheme="minorHAnsi" w:cstheme="minorBidi"/>
        </w:rPr>
        <w:t>Process</w:t>
      </w:r>
    </w:p>
    <w:p w14:paraId="358730DC" w14:textId="5B270BD4" w:rsidR="31C98FC1" w:rsidRDefault="31C98FC1" w:rsidP="5E1C6DA2">
      <w:pPr>
        <w:pStyle w:val="ListParagraph"/>
        <w:numPr>
          <w:ilvl w:val="0"/>
          <w:numId w:val="5"/>
        </w:numPr>
        <w:spacing w:after="0" w:line="240" w:lineRule="auto"/>
      </w:pPr>
      <w:r w:rsidRPr="00A22D70">
        <w:rPr>
          <w:b/>
          <w:bCs/>
        </w:rPr>
        <w:t>The submission window will</w:t>
      </w:r>
      <w:r w:rsidRPr="5E1C6DA2">
        <w:t xml:space="preserve"> </w:t>
      </w:r>
      <w:r w:rsidRPr="5E1C6DA2">
        <w:rPr>
          <w:b/>
          <w:bCs/>
        </w:rPr>
        <w:t>close at midnight on</w:t>
      </w:r>
      <w:r w:rsidR="00E5123D">
        <w:rPr>
          <w:b/>
          <w:bCs/>
        </w:rPr>
        <w:t xml:space="preserve"> Mon</w:t>
      </w:r>
      <w:r w:rsidR="00DF7068">
        <w:rPr>
          <w:b/>
          <w:bCs/>
        </w:rPr>
        <w:t>day, July 2</w:t>
      </w:r>
      <w:r w:rsidR="00E5123D">
        <w:rPr>
          <w:b/>
          <w:bCs/>
        </w:rPr>
        <w:t>0</w:t>
      </w:r>
      <w:r w:rsidRPr="5E1C6DA2">
        <w:t>. No late submissions will be accepted.</w:t>
      </w:r>
    </w:p>
    <w:p w14:paraId="7442D919" w14:textId="21F87129" w:rsidR="50AF00CD" w:rsidRDefault="50AF00CD" w:rsidP="5E1C6DA2">
      <w:pPr>
        <w:pStyle w:val="ListParagraph"/>
        <w:numPr>
          <w:ilvl w:val="0"/>
          <w:numId w:val="5"/>
        </w:numPr>
        <w:spacing w:after="0" w:line="240" w:lineRule="auto"/>
      </w:pPr>
      <w:r w:rsidRPr="5E1C6DA2">
        <w:t xml:space="preserve">The event and </w:t>
      </w:r>
      <w:r w:rsidR="79D3110C" w:rsidRPr="5E1C6DA2">
        <w:t xml:space="preserve">review process </w:t>
      </w:r>
      <w:r w:rsidR="4862BE86" w:rsidRPr="5E1C6DA2">
        <w:t>will use</w:t>
      </w:r>
      <w:r w:rsidR="79D3110C" w:rsidRPr="5E1C6DA2">
        <w:t xml:space="preserve"> the FourWaves online conferencing platform. </w:t>
      </w:r>
    </w:p>
    <w:p w14:paraId="260B9A6D" w14:textId="2CB85601" w:rsidR="00A85C41" w:rsidRPr="00B462DE" w:rsidRDefault="4E3D1F2D" w:rsidP="00A85C41">
      <w:pPr>
        <w:pStyle w:val="ListParagraph"/>
        <w:numPr>
          <w:ilvl w:val="0"/>
          <w:numId w:val="5"/>
        </w:numPr>
        <w:spacing w:after="0" w:line="240" w:lineRule="auto"/>
      </w:pPr>
      <w:r w:rsidRPr="6F6564CE">
        <w:t xml:space="preserve">Students will be informed of </w:t>
      </w:r>
      <w:r w:rsidR="4888653E" w:rsidRPr="6F6564CE">
        <w:t>acceptance or rejection</w:t>
      </w:r>
      <w:r w:rsidRPr="6F6564CE">
        <w:t xml:space="preserve"> by </w:t>
      </w:r>
      <w:r w:rsidR="00E93A29">
        <w:t>August 7</w:t>
      </w:r>
      <w:r w:rsidRPr="6F6564CE">
        <w:t xml:space="preserve">, and </w:t>
      </w:r>
      <w:r w:rsidR="61C78438" w:rsidRPr="6F6564CE">
        <w:rPr>
          <w:b/>
          <w:bCs/>
        </w:rPr>
        <w:t xml:space="preserve">if accepted </w:t>
      </w:r>
      <w:r w:rsidRPr="6F6564CE">
        <w:rPr>
          <w:b/>
          <w:bCs/>
        </w:rPr>
        <w:t xml:space="preserve">must prepare a PowerPoint-style presentation file to be uploaded no later than midnight on </w:t>
      </w:r>
      <w:r w:rsidR="19DE0B4A" w:rsidRPr="6F6564CE">
        <w:rPr>
          <w:b/>
          <w:bCs/>
        </w:rPr>
        <w:t xml:space="preserve">Friday, </w:t>
      </w:r>
      <w:r w:rsidR="00E93A29">
        <w:rPr>
          <w:b/>
          <w:bCs/>
        </w:rPr>
        <w:t>August</w:t>
      </w:r>
      <w:r w:rsidR="00093E58">
        <w:rPr>
          <w:b/>
          <w:bCs/>
        </w:rPr>
        <w:t xml:space="preserve"> 21</w:t>
      </w:r>
      <w:r w:rsidR="009613CA">
        <w:rPr>
          <w:b/>
          <w:bCs/>
        </w:rPr>
        <w:t xml:space="preserve">, or if accepted to the poster hall a poster file must be uploaded by the same deadline. </w:t>
      </w:r>
      <w:r w:rsidRPr="6F6564CE">
        <w:t>Students who do not submit their</w:t>
      </w:r>
      <w:r w:rsidR="00E5123D">
        <w:t xml:space="preserve"> completed</w:t>
      </w:r>
      <w:r w:rsidRPr="6F6564CE">
        <w:t xml:space="preserve"> file by the deadline will have their acceptance rescinded.</w:t>
      </w:r>
    </w:p>
    <w:p w14:paraId="494823D6" w14:textId="6BD2B114" w:rsidR="00A22D70" w:rsidRDefault="00A22D70" w:rsidP="00A85C41">
      <w:pPr>
        <w:spacing w:after="0" w:line="240" w:lineRule="auto"/>
        <w:jc w:val="center"/>
        <w:rPr>
          <w:b/>
          <w:bCs/>
        </w:rPr>
      </w:pPr>
      <w:r w:rsidRPr="00A22D70">
        <w:rPr>
          <w:b/>
          <w:bCs/>
        </w:rPr>
        <w:t>Abstract Submission</w:t>
      </w:r>
      <w:r w:rsidR="00B462DE">
        <w:rPr>
          <w:b/>
          <w:bCs/>
        </w:rPr>
        <w:t xml:space="preserve"> Components</w:t>
      </w:r>
    </w:p>
    <w:p w14:paraId="69B44356" w14:textId="77777777" w:rsidR="00A22D70" w:rsidRPr="00A22D70" w:rsidRDefault="00A22D70" w:rsidP="00A22D70">
      <w:pPr>
        <w:spacing w:after="0" w:line="240" w:lineRule="auto"/>
        <w:ind w:left="360"/>
        <w:jc w:val="center"/>
        <w:rPr>
          <w:b/>
          <w:bCs/>
        </w:rPr>
      </w:pPr>
    </w:p>
    <w:p w14:paraId="6BBF38CD" w14:textId="457BDF5A" w:rsidR="00A85C41" w:rsidRDefault="00A85C41" w:rsidP="00A85C41">
      <w:pPr>
        <w:spacing w:after="0" w:line="240" w:lineRule="auto"/>
        <w:jc w:val="center"/>
        <w:rPr>
          <w:i/>
          <w:iCs/>
        </w:rPr>
      </w:pPr>
      <w:r>
        <w:rPr>
          <w:i/>
          <w:iCs/>
        </w:rPr>
        <w:t>Be sure to r</w:t>
      </w:r>
      <w:r w:rsidR="00A22D70" w:rsidRPr="00A22D70">
        <w:rPr>
          <w:i/>
          <w:iCs/>
        </w:rPr>
        <w:t xml:space="preserve">eview the general submission guidelines </w:t>
      </w:r>
      <w:r>
        <w:rPr>
          <w:i/>
          <w:iCs/>
        </w:rPr>
        <w:t>page</w:t>
      </w:r>
      <w:r w:rsidR="00A22D70" w:rsidRPr="00A22D70">
        <w:rPr>
          <w:i/>
          <w:iCs/>
        </w:rPr>
        <w:t xml:space="preserve"> before submission. </w:t>
      </w:r>
    </w:p>
    <w:p w14:paraId="00644427" w14:textId="5DD32017" w:rsidR="5E1C6DA2" w:rsidRDefault="00A22D70" w:rsidP="00A85C41">
      <w:pPr>
        <w:spacing w:after="0" w:line="240" w:lineRule="auto"/>
        <w:jc w:val="center"/>
        <w:rPr>
          <w:i/>
          <w:iCs/>
        </w:rPr>
      </w:pPr>
      <w:r w:rsidRPr="00A22D70">
        <w:rPr>
          <w:i/>
          <w:iCs/>
        </w:rPr>
        <w:t xml:space="preserve">Below are the </w:t>
      </w:r>
      <w:r>
        <w:rPr>
          <w:i/>
          <w:iCs/>
        </w:rPr>
        <w:t>abstract sections you should prepare</w:t>
      </w:r>
      <w:r w:rsidR="00E5123D">
        <w:rPr>
          <w:i/>
          <w:iCs/>
        </w:rPr>
        <w:t xml:space="preserve"> to submit online</w:t>
      </w:r>
      <w:r>
        <w:rPr>
          <w:i/>
          <w:iCs/>
        </w:rPr>
        <w:t>.</w:t>
      </w:r>
      <w:r w:rsidR="00A85C41">
        <w:rPr>
          <w:i/>
          <w:iCs/>
        </w:rPr>
        <w:t xml:space="preserve"> Don’t forget the </w:t>
      </w:r>
      <w:proofErr w:type="gramStart"/>
      <w:r w:rsidR="00A85C41">
        <w:rPr>
          <w:i/>
          <w:iCs/>
        </w:rPr>
        <w:t>500 word</w:t>
      </w:r>
      <w:proofErr w:type="gramEnd"/>
      <w:r w:rsidR="00A85C41">
        <w:rPr>
          <w:i/>
          <w:iCs/>
        </w:rPr>
        <w:t xml:space="preserve"> limit!</w:t>
      </w:r>
    </w:p>
    <w:p w14:paraId="47CBF2D2" w14:textId="77777777" w:rsidR="00A85C41" w:rsidRDefault="00A85C41" w:rsidP="00A85C41">
      <w:pPr>
        <w:spacing w:after="0" w:line="240" w:lineRule="auto"/>
      </w:pPr>
    </w:p>
    <w:p w14:paraId="096C0C14" w14:textId="7160141E" w:rsidR="00A85C41" w:rsidRPr="00A85C41" w:rsidRDefault="00A85C41" w:rsidP="00A85C41">
      <w:pPr>
        <w:spacing w:after="0" w:line="240" w:lineRule="auto"/>
        <w:rPr>
          <w:u w:val="single"/>
        </w:rPr>
      </w:pPr>
      <w:r w:rsidRPr="00A85C41">
        <w:rPr>
          <w:b/>
          <w:bCs/>
          <w:u w:val="single"/>
        </w:rPr>
        <w:t>For all submissions</w:t>
      </w:r>
      <w:r w:rsidRPr="00A85C41">
        <w:rPr>
          <w:u w:val="single"/>
        </w:rPr>
        <w:t>, be prepared to include the following information:</w:t>
      </w:r>
    </w:p>
    <w:p w14:paraId="5BA016A8" w14:textId="1BB3847E" w:rsidR="00A85C41" w:rsidRDefault="00A85C41" w:rsidP="00A85C41">
      <w:pPr>
        <w:pStyle w:val="ListParagraph"/>
        <w:numPr>
          <w:ilvl w:val="0"/>
          <w:numId w:val="1"/>
        </w:numPr>
        <w:spacing w:after="0" w:line="240" w:lineRule="auto"/>
      </w:pPr>
      <w:r w:rsidRPr="5E1C6DA2">
        <w:t>Title</w:t>
      </w:r>
    </w:p>
    <w:p w14:paraId="65CB1120" w14:textId="3C604CB3" w:rsidR="00A85C41" w:rsidRDefault="00A85C41" w:rsidP="00A85C41">
      <w:pPr>
        <w:pStyle w:val="ListParagraph"/>
        <w:numPr>
          <w:ilvl w:val="0"/>
          <w:numId w:val="1"/>
        </w:numPr>
        <w:spacing w:after="0" w:line="240" w:lineRule="auto"/>
      </w:pPr>
      <w:r w:rsidRPr="5E1C6DA2">
        <w:t>List of authors, their roles (student, resident, faculty, staff, etc.) and their institutions/affiliations</w:t>
      </w:r>
    </w:p>
    <w:p w14:paraId="11180F0B" w14:textId="635C44DF" w:rsidR="00A85C41" w:rsidRDefault="00A85C41" w:rsidP="00A85C41">
      <w:pPr>
        <w:pStyle w:val="ListParagraph"/>
        <w:numPr>
          <w:ilvl w:val="0"/>
          <w:numId w:val="1"/>
        </w:numPr>
        <w:spacing w:after="0" w:line="240" w:lineRule="auto"/>
      </w:pPr>
      <w:r w:rsidRPr="5E1C6DA2">
        <w:t>Disclosure of any use of AI</w:t>
      </w:r>
    </w:p>
    <w:p w14:paraId="6305E02D" w14:textId="136557BD" w:rsidR="00A85C41" w:rsidRDefault="00A85C41" w:rsidP="00A85C41">
      <w:pPr>
        <w:pStyle w:val="ListParagraph"/>
        <w:numPr>
          <w:ilvl w:val="0"/>
          <w:numId w:val="1"/>
        </w:numPr>
        <w:spacing w:after="0" w:line="240" w:lineRule="auto"/>
      </w:pPr>
      <w:r w:rsidRPr="5E1C6DA2">
        <w:t>Disclosure of data source(s) - IRB protocol number listed; open-access database</w:t>
      </w:r>
      <w:r>
        <w:t xml:space="preserve"> use; </w:t>
      </w:r>
      <w:r w:rsidRPr="5E1C6DA2">
        <w:t>etc.</w:t>
      </w:r>
    </w:p>
    <w:p w14:paraId="6FB838E8" w14:textId="134657E5" w:rsidR="00A85C41" w:rsidRPr="00A85C41" w:rsidRDefault="00A85C41" w:rsidP="00A85C41">
      <w:pPr>
        <w:pStyle w:val="ListParagraph"/>
        <w:numPr>
          <w:ilvl w:val="0"/>
          <w:numId w:val="1"/>
        </w:numPr>
        <w:spacing w:after="0" w:line="240" w:lineRule="auto"/>
      </w:pPr>
      <w:r w:rsidRPr="5E1C6DA2">
        <w:t>Award nomination(s) for any faculty or peer mentor(s) involved with the project whom the submitting author would like to nominate for the faculty mentor and peer mentorship awards.</w:t>
      </w:r>
    </w:p>
    <w:p w14:paraId="20B9A15E" w14:textId="77777777" w:rsidR="00A22D70" w:rsidRPr="00A22D70" w:rsidRDefault="00A22D70" w:rsidP="5E1C6DA2">
      <w:pPr>
        <w:spacing w:after="0" w:line="240" w:lineRule="auto"/>
      </w:pPr>
    </w:p>
    <w:p w14:paraId="2FF898A8" w14:textId="1B708A80" w:rsidR="70E1A82B" w:rsidRDefault="70E1A82B" w:rsidP="5E1C6DA2">
      <w:pPr>
        <w:spacing w:after="0" w:line="240" w:lineRule="auto"/>
        <w:rPr>
          <w:u w:val="single"/>
        </w:rPr>
      </w:pPr>
      <w:r w:rsidRPr="5E1C6DA2">
        <w:rPr>
          <w:u w:val="single"/>
        </w:rPr>
        <w:t>A</w:t>
      </w:r>
      <w:r w:rsidR="2A96BC71" w:rsidRPr="5E1C6DA2">
        <w:rPr>
          <w:u w:val="single"/>
        </w:rPr>
        <w:t>bstract</w:t>
      </w:r>
      <w:r w:rsidR="6B84A90D" w:rsidRPr="5E1C6DA2">
        <w:rPr>
          <w:u w:val="single"/>
        </w:rPr>
        <w:t xml:space="preserve">s </w:t>
      </w:r>
      <w:r w:rsidR="00A016A4">
        <w:rPr>
          <w:u w:val="single"/>
        </w:rPr>
        <w:t xml:space="preserve">in the </w:t>
      </w:r>
      <w:r w:rsidR="00865B2D">
        <w:rPr>
          <w:b/>
          <w:bCs/>
          <w:u w:val="single"/>
        </w:rPr>
        <w:t>C</w:t>
      </w:r>
      <w:r w:rsidR="00A016A4" w:rsidRPr="00A016A4">
        <w:rPr>
          <w:b/>
          <w:bCs/>
          <w:u w:val="single"/>
        </w:rPr>
        <w:t xml:space="preserve">linical, </w:t>
      </w:r>
      <w:r w:rsidR="00865B2D">
        <w:rPr>
          <w:b/>
          <w:bCs/>
          <w:u w:val="single"/>
        </w:rPr>
        <w:t>B</w:t>
      </w:r>
      <w:r w:rsidR="00A016A4" w:rsidRPr="00A016A4">
        <w:rPr>
          <w:b/>
          <w:bCs/>
          <w:u w:val="single"/>
        </w:rPr>
        <w:t xml:space="preserve">asic </w:t>
      </w:r>
      <w:r w:rsidR="00865B2D">
        <w:rPr>
          <w:b/>
          <w:bCs/>
          <w:u w:val="single"/>
        </w:rPr>
        <w:t>S</w:t>
      </w:r>
      <w:r w:rsidR="00A016A4" w:rsidRPr="00A016A4">
        <w:rPr>
          <w:b/>
          <w:bCs/>
          <w:u w:val="single"/>
        </w:rPr>
        <w:t>cience</w:t>
      </w:r>
      <w:r w:rsidR="00B462DE">
        <w:rPr>
          <w:b/>
          <w:bCs/>
          <w:u w:val="single"/>
        </w:rPr>
        <w:t>/Translational</w:t>
      </w:r>
      <w:r w:rsidR="00A016A4" w:rsidRPr="00A016A4">
        <w:rPr>
          <w:b/>
          <w:bCs/>
          <w:u w:val="single"/>
        </w:rPr>
        <w:t xml:space="preserve">, </w:t>
      </w:r>
      <w:r w:rsidR="00865B2D">
        <w:rPr>
          <w:b/>
          <w:bCs/>
          <w:u w:val="single"/>
        </w:rPr>
        <w:t>M</w:t>
      </w:r>
      <w:r w:rsidR="00A016A4" w:rsidRPr="00A016A4">
        <w:rPr>
          <w:b/>
          <w:bCs/>
          <w:u w:val="single"/>
        </w:rPr>
        <w:t xml:space="preserve">edical </w:t>
      </w:r>
      <w:r w:rsidR="00865B2D">
        <w:rPr>
          <w:b/>
          <w:bCs/>
          <w:u w:val="single"/>
        </w:rPr>
        <w:t>E</w:t>
      </w:r>
      <w:r w:rsidR="00A016A4" w:rsidRPr="00A016A4">
        <w:rPr>
          <w:b/>
          <w:bCs/>
          <w:u w:val="single"/>
        </w:rPr>
        <w:t>ducation</w:t>
      </w:r>
      <w:r w:rsidR="00A016A4">
        <w:rPr>
          <w:u w:val="single"/>
        </w:rPr>
        <w:t xml:space="preserve">, </w:t>
      </w:r>
      <w:r w:rsidR="00B462DE" w:rsidRPr="00B462DE">
        <w:rPr>
          <w:b/>
          <w:bCs/>
          <w:u w:val="single"/>
        </w:rPr>
        <w:t>QIP</w:t>
      </w:r>
      <w:r w:rsidR="00B462DE">
        <w:rPr>
          <w:b/>
          <w:bCs/>
          <w:u w:val="single"/>
        </w:rPr>
        <w:t>SE</w:t>
      </w:r>
      <w:r w:rsidR="00B462DE" w:rsidRPr="00B462DE">
        <w:rPr>
          <w:b/>
          <w:bCs/>
          <w:u w:val="single"/>
        </w:rPr>
        <w:t>S,</w:t>
      </w:r>
      <w:r w:rsidR="00B462DE">
        <w:rPr>
          <w:u w:val="single"/>
        </w:rPr>
        <w:t xml:space="preserve"> </w:t>
      </w:r>
      <w:r w:rsidR="00A016A4">
        <w:rPr>
          <w:u w:val="single"/>
        </w:rPr>
        <w:t xml:space="preserve">and/or </w:t>
      </w:r>
      <w:r w:rsidR="00865B2D">
        <w:rPr>
          <w:b/>
          <w:bCs/>
          <w:u w:val="single"/>
        </w:rPr>
        <w:t>H</w:t>
      </w:r>
      <w:r w:rsidR="00A016A4" w:rsidRPr="00A016A4">
        <w:rPr>
          <w:b/>
          <w:bCs/>
          <w:u w:val="single"/>
        </w:rPr>
        <w:t xml:space="preserve">ealth </w:t>
      </w:r>
      <w:r w:rsidR="00865B2D">
        <w:rPr>
          <w:b/>
          <w:bCs/>
          <w:u w:val="single"/>
        </w:rPr>
        <w:t>S</w:t>
      </w:r>
      <w:r w:rsidR="00A016A4" w:rsidRPr="00A016A4">
        <w:rPr>
          <w:b/>
          <w:bCs/>
          <w:u w:val="single"/>
        </w:rPr>
        <w:t xml:space="preserve">ervices </w:t>
      </w:r>
      <w:r w:rsidR="00A016A4">
        <w:rPr>
          <w:u w:val="single"/>
        </w:rPr>
        <w:t xml:space="preserve">categories </w:t>
      </w:r>
      <w:r w:rsidR="2A96BC71" w:rsidRPr="5E1C6DA2">
        <w:rPr>
          <w:u w:val="single"/>
        </w:rPr>
        <w:t xml:space="preserve">should include the following </w:t>
      </w:r>
      <w:r w:rsidR="39B7A204" w:rsidRPr="5E1C6DA2">
        <w:rPr>
          <w:u w:val="single"/>
        </w:rPr>
        <w:t>sections</w:t>
      </w:r>
      <w:r w:rsidR="00641952">
        <w:rPr>
          <w:u w:val="single"/>
        </w:rPr>
        <w:t>. If you are submitting an ongoing project</w:t>
      </w:r>
      <w:r w:rsidR="00865B2D">
        <w:rPr>
          <w:u w:val="single"/>
        </w:rPr>
        <w:t xml:space="preserve"> for which data collection or findings are not fully complete</w:t>
      </w:r>
      <w:r w:rsidR="00641952">
        <w:rPr>
          <w:u w:val="single"/>
        </w:rPr>
        <w:t>, fill in both what you have in terms of methods/results/conclusion and what you expect as your project unfolds</w:t>
      </w:r>
      <w:r w:rsidR="00865B2D">
        <w:rPr>
          <w:u w:val="single"/>
        </w:rPr>
        <w:t xml:space="preserve"> and select the </w:t>
      </w:r>
      <w:r w:rsidR="00865B2D" w:rsidRPr="00865B2D">
        <w:rPr>
          <w:b/>
          <w:bCs/>
          <w:u w:val="single"/>
        </w:rPr>
        <w:t xml:space="preserve">Emerging Research </w:t>
      </w:r>
      <w:r w:rsidR="00865B2D">
        <w:rPr>
          <w:u w:val="single"/>
        </w:rPr>
        <w:t>category</w:t>
      </w:r>
      <w:r w:rsidR="00641952">
        <w:rPr>
          <w:u w:val="single"/>
        </w:rPr>
        <w:t>.</w:t>
      </w:r>
    </w:p>
    <w:p w14:paraId="03BD4B5C" w14:textId="5C9B98F4" w:rsidR="00A016A4" w:rsidRPr="00BD030E" w:rsidRDefault="00A85C41" w:rsidP="6F6564CE">
      <w:pPr>
        <w:spacing w:after="0" w:line="240" w:lineRule="auto"/>
        <w:rPr>
          <w:i/>
          <w:iCs/>
        </w:rPr>
      </w:pPr>
      <w:r>
        <w:t>1</w:t>
      </w:r>
      <w:r w:rsidR="25492B17" w:rsidRPr="6F6564CE">
        <w:t xml:space="preserve">. </w:t>
      </w:r>
      <w:r w:rsidR="53BCDEB0" w:rsidRPr="00BD030E">
        <w:t>Purpose statement</w:t>
      </w:r>
      <w:r w:rsidR="6D681602" w:rsidRPr="00BD030E">
        <w:t>/Objective</w:t>
      </w:r>
      <w:r w:rsidR="53BCDEB0" w:rsidRPr="00BD030E">
        <w:t xml:space="preserve"> </w:t>
      </w:r>
      <w:r w:rsidR="53BCDEB0" w:rsidRPr="00BD030E">
        <w:rPr>
          <w:i/>
          <w:iCs/>
        </w:rPr>
        <w:t>(what does your project set out to do, in one sentence)</w:t>
      </w:r>
    </w:p>
    <w:p w14:paraId="558A2A4A" w14:textId="3C7D2069" w:rsidR="53BCDEB0" w:rsidRPr="00BD030E" w:rsidRDefault="00A85C41" w:rsidP="6F6564CE">
      <w:pPr>
        <w:spacing w:after="0" w:line="240" w:lineRule="auto"/>
      </w:pPr>
      <w:r>
        <w:t>2</w:t>
      </w:r>
      <w:r w:rsidR="53BCDEB0" w:rsidRPr="00BD030E">
        <w:t xml:space="preserve">. </w:t>
      </w:r>
      <w:r w:rsidR="7DA60AAF" w:rsidRPr="00BD030E">
        <w:t>Introduction</w:t>
      </w:r>
      <w:r w:rsidR="4CFA0605" w:rsidRPr="00BD030E">
        <w:t>/Context</w:t>
      </w:r>
    </w:p>
    <w:p w14:paraId="3ACE72F0" w14:textId="3791DDF5" w:rsidR="47BAEAA4" w:rsidRDefault="47BAEAA4" w:rsidP="6F6564CE">
      <w:pPr>
        <w:spacing w:after="0" w:line="240" w:lineRule="auto"/>
        <w:ind w:firstLine="720"/>
        <w:rPr>
          <w:i/>
          <w:iCs/>
        </w:rPr>
      </w:pPr>
      <w:r w:rsidRPr="6F6564CE">
        <w:rPr>
          <w:i/>
          <w:iCs/>
        </w:rPr>
        <w:t>(</w:t>
      </w:r>
      <w:r w:rsidR="6A406741" w:rsidRPr="6F6564CE">
        <w:rPr>
          <w:i/>
          <w:iCs/>
        </w:rPr>
        <w:t>What is the context surroundi</w:t>
      </w:r>
      <w:r w:rsidR="4971036D" w:rsidRPr="6F6564CE">
        <w:rPr>
          <w:i/>
          <w:iCs/>
        </w:rPr>
        <w:t>ng your project</w:t>
      </w:r>
      <w:r w:rsidR="36C25A1D" w:rsidRPr="6F6564CE">
        <w:rPr>
          <w:i/>
          <w:iCs/>
        </w:rPr>
        <w:t>?</w:t>
      </w:r>
      <w:r w:rsidR="405BBFEB" w:rsidRPr="6F6564CE">
        <w:rPr>
          <w:i/>
          <w:iCs/>
        </w:rPr>
        <w:t xml:space="preserve"> </w:t>
      </w:r>
      <w:r w:rsidR="03BD4DBE" w:rsidRPr="6F6564CE">
        <w:rPr>
          <w:i/>
          <w:iCs/>
        </w:rPr>
        <w:t>Include</w:t>
      </w:r>
      <w:r w:rsidR="4971036D" w:rsidRPr="6F6564CE">
        <w:rPr>
          <w:i/>
          <w:iCs/>
        </w:rPr>
        <w:t xml:space="preserve"> </w:t>
      </w:r>
      <w:r w:rsidR="782C5129" w:rsidRPr="6F6564CE">
        <w:rPr>
          <w:i/>
          <w:iCs/>
        </w:rPr>
        <w:t xml:space="preserve">the </w:t>
      </w:r>
      <w:r w:rsidR="4971036D" w:rsidRPr="6F6564CE">
        <w:rPr>
          <w:i/>
          <w:iCs/>
        </w:rPr>
        <w:t>existing scholarship upon which</w:t>
      </w:r>
    </w:p>
    <w:p w14:paraId="14BBBD5A" w14:textId="12438BE6" w:rsidR="7DA60AAF" w:rsidRDefault="4971036D" w:rsidP="6F6564CE">
      <w:pPr>
        <w:spacing w:after="0" w:line="240" w:lineRule="auto"/>
        <w:ind w:firstLine="720"/>
        <w:rPr>
          <w:i/>
          <w:iCs/>
        </w:rPr>
      </w:pPr>
      <w:r w:rsidRPr="6F6564CE">
        <w:rPr>
          <w:i/>
          <w:iCs/>
        </w:rPr>
        <w:t xml:space="preserve"> you are building</w:t>
      </w:r>
      <w:r w:rsidR="02D1A2AB" w:rsidRPr="6F6564CE">
        <w:rPr>
          <w:i/>
          <w:iCs/>
        </w:rPr>
        <w:t xml:space="preserve"> and how your project will contribute</w:t>
      </w:r>
      <w:r w:rsidR="599CB25D" w:rsidRPr="6F6564CE">
        <w:rPr>
          <w:i/>
          <w:iCs/>
        </w:rPr>
        <w:t xml:space="preserve"> new insight.)</w:t>
      </w:r>
    </w:p>
    <w:p w14:paraId="75E5F95D" w14:textId="5420B570" w:rsidR="7DA60AAF" w:rsidRDefault="00A85C41" w:rsidP="6F6564CE">
      <w:pPr>
        <w:spacing w:after="0" w:line="240" w:lineRule="auto"/>
      </w:pPr>
      <w:r>
        <w:t>3</w:t>
      </w:r>
      <w:r w:rsidR="25492B17" w:rsidRPr="6F6564CE">
        <w:t>. Methods</w:t>
      </w:r>
      <w:r w:rsidR="00B462DE">
        <w:t xml:space="preserve"> </w:t>
      </w:r>
      <w:r w:rsidR="00B462DE" w:rsidRPr="00B462DE">
        <w:rPr>
          <w:i/>
          <w:iCs/>
        </w:rPr>
        <w:t>(for QIP</w:t>
      </w:r>
      <w:r w:rsidR="00B462DE">
        <w:rPr>
          <w:i/>
          <w:iCs/>
        </w:rPr>
        <w:t>SE</w:t>
      </w:r>
      <w:r w:rsidR="00B462DE" w:rsidRPr="00B462DE">
        <w:rPr>
          <w:i/>
          <w:iCs/>
        </w:rPr>
        <w:t>S submissions, include PDSA cycle if applicable)</w:t>
      </w:r>
    </w:p>
    <w:p w14:paraId="3A6F2EDD" w14:textId="3993D06B" w:rsidR="6ADB6927" w:rsidRDefault="00A85C41" w:rsidP="5E1C6DA2">
      <w:pPr>
        <w:spacing w:after="0" w:line="240" w:lineRule="auto"/>
      </w:pPr>
      <w:r>
        <w:t>4</w:t>
      </w:r>
      <w:r w:rsidR="25492B17" w:rsidRPr="5E1C6DA2">
        <w:t>. Data/Results</w:t>
      </w:r>
    </w:p>
    <w:p w14:paraId="07FFCFCC" w14:textId="4218B593" w:rsidR="31750253" w:rsidRDefault="00A85C41" w:rsidP="5E1C6DA2">
      <w:pPr>
        <w:spacing w:after="0" w:line="240" w:lineRule="auto"/>
      </w:pPr>
      <w:r>
        <w:t>5</w:t>
      </w:r>
      <w:r w:rsidR="25492B17" w:rsidRPr="6F6564CE">
        <w:t xml:space="preserve">. </w:t>
      </w:r>
      <w:r w:rsidR="528467D1" w:rsidRPr="6F6564CE">
        <w:t>Discussion/</w:t>
      </w:r>
      <w:r w:rsidR="25492B17" w:rsidRPr="6F6564CE">
        <w:t>Conclusion</w:t>
      </w:r>
    </w:p>
    <w:p w14:paraId="1872070D" w14:textId="77777777" w:rsidR="0015458D" w:rsidRDefault="00A85C41" w:rsidP="00A85C41">
      <w:pPr>
        <w:spacing w:after="0" w:line="240" w:lineRule="auto"/>
        <w:rPr>
          <w:i/>
          <w:iCs/>
        </w:rPr>
      </w:pPr>
      <w:r>
        <w:t>6</w:t>
      </w:r>
      <w:r w:rsidR="1A0F0466" w:rsidRPr="5E1C6DA2">
        <w:t>. Next Steps</w:t>
      </w:r>
      <w:r>
        <w:rPr>
          <w:i/>
          <w:iCs/>
        </w:rPr>
        <w:t xml:space="preserve"> </w:t>
      </w:r>
    </w:p>
    <w:p w14:paraId="38DC5F3F" w14:textId="77777777" w:rsidR="0015458D" w:rsidRDefault="34C40352" w:rsidP="0015458D">
      <w:pPr>
        <w:spacing w:after="0" w:line="240" w:lineRule="auto"/>
        <w:ind w:firstLine="720"/>
        <w:rPr>
          <w:i/>
          <w:iCs/>
        </w:rPr>
      </w:pPr>
      <w:r w:rsidRPr="5E1C6DA2">
        <w:rPr>
          <w:i/>
          <w:iCs/>
        </w:rPr>
        <w:t>(</w:t>
      </w:r>
      <w:r w:rsidR="3A3E2AB4" w:rsidRPr="5E1C6DA2">
        <w:rPr>
          <w:i/>
          <w:iCs/>
        </w:rPr>
        <w:t xml:space="preserve">These can be informal and are for feedback purposes </w:t>
      </w:r>
      <w:r w:rsidR="00A85C41">
        <w:rPr>
          <w:i/>
          <w:iCs/>
        </w:rPr>
        <w:t xml:space="preserve">on your </w:t>
      </w:r>
      <w:r w:rsidR="3A3E2AB4" w:rsidRPr="5E1C6DA2">
        <w:rPr>
          <w:i/>
          <w:iCs/>
        </w:rPr>
        <w:t>data</w:t>
      </w:r>
      <w:r w:rsidR="00A85C41">
        <w:rPr>
          <w:i/>
          <w:iCs/>
        </w:rPr>
        <w:t xml:space="preserve"> </w:t>
      </w:r>
      <w:r w:rsidR="3A3E2AB4" w:rsidRPr="5E1C6DA2">
        <w:rPr>
          <w:i/>
          <w:iCs/>
        </w:rPr>
        <w:t xml:space="preserve">collection, analysis, or </w:t>
      </w:r>
    </w:p>
    <w:p w14:paraId="20DACDB0" w14:textId="69854607" w:rsidR="3A3E2AB4" w:rsidRDefault="3A3E2AB4" w:rsidP="0015458D">
      <w:pPr>
        <w:spacing w:after="0" w:line="240" w:lineRule="auto"/>
        <w:ind w:firstLine="720"/>
        <w:rPr>
          <w:i/>
          <w:iCs/>
        </w:rPr>
      </w:pPr>
      <w:r w:rsidRPr="5E1C6DA2">
        <w:rPr>
          <w:i/>
          <w:iCs/>
        </w:rPr>
        <w:t>dissemination</w:t>
      </w:r>
      <w:r w:rsidR="00A85C41">
        <w:rPr>
          <w:i/>
          <w:iCs/>
        </w:rPr>
        <w:t xml:space="preserve"> plans</w:t>
      </w:r>
      <w:r w:rsidR="6AA73924" w:rsidRPr="5E1C6DA2">
        <w:rPr>
          <w:i/>
          <w:iCs/>
        </w:rPr>
        <w:t>)</w:t>
      </w:r>
    </w:p>
    <w:p w14:paraId="2A7CA268" w14:textId="01E92305" w:rsidR="3CE95906" w:rsidRDefault="00A85C41" w:rsidP="5E1C6DA2">
      <w:pPr>
        <w:spacing w:after="0" w:line="240" w:lineRule="auto"/>
        <w:rPr>
          <w:i/>
          <w:iCs/>
        </w:rPr>
      </w:pPr>
      <w:r>
        <w:t>7</w:t>
      </w:r>
      <w:r w:rsidR="3CE95906" w:rsidRPr="5E1C6DA2">
        <w:t xml:space="preserve">. References </w:t>
      </w:r>
      <w:r w:rsidR="3CE95906" w:rsidRPr="5E1C6DA2">
        <w:rPr>
          <w:i/>
          <w:iCs/>
        </w:rPr>
        <w:t>(At least 2, no more than 10, all in AMA style)</w:t>
      </w:r>
    </w:p>
    <w:p w14:paraId="4B5B7EAE" w14:textId="77777777" w:rsidR="00A016A4" w:rsidRDefault="00A016A4" w:rsidP="5E1C6DA2">
      <w:pPr>
        <w:spacing w:after="0" w:line="240" w:lineRule="auto"/>
      </w:pPr>
    </w:p>
    <w:p w14:paraId="5685EF81" w14:textId="5DA0805A" w:rsidR="25492B17" w:rsidRDefault="25492B17" w:rsidP="5E1C6DA2">
      <w:pPr>
        <w:spacing w:after="0" w:line="240" w:lineRule="auto"/>
        <w:rPr>
          <w:u w:val="single"/>
        </w:rPr>
      </w:pPr>
      <w:r w:rsidRPr="00A016A4">
        <w:rPr>
          <w:b/>
          <w:bCs/>
          <w:u w:val="single"/>
        </w:rPr>
        <w:t xml:space="preserve">Case </w:t>
      </w:r>
      <w:r w:rsidR="00865B2D">
        <w:rPr>
          <w:b/>
          <w:bCs/>
          <w:u w:val="single"/>
        </w:rPr>
        <w:t>R</w:t>
      </w:r>
      <w:r w:rsidRPr="00A016A4">
        <w:rPr>
          <w:b/>
          <w:bCs/>
          <w:u w:val="single"/>
        </w:rPr>
        <w:t>eport</w:t>
      </w:r>
      <w:r w:rsidR="317250E2" w:rsidRPr="00A016A4">
        <w:rPr>
          <w:b/>
          <w:bCs/>
          <w:u w:val="single"/>
        </w:rPr>
        <w:t>s</w:t>
      </w:r>
      <w:r w:rsidR="317250E2" w:rsidRPr="5E1C6DA2">
        <w:rPr>
          <w:u w:val="single"/>
        </w:rPr>
        <w:t xml:space="preserve"> should include the following sections</w:t>
      </w:r>
      <w:r w:rsidRPr="5E1C6DA2">
        <w:rPr>
          <w:u w:val="single"/>
        </w:rPr>
        <w:t>:</w:t>
      </w:r>
    </w:p>
    <w:p w14:paraId="39D352E1" w14:textId="66F79085" w:rsidR="25492B17" w:rsidRDefault="00A85C41" w:rsidP="5E1C6DA2">
      <w:pPr>
        <w:spacing w:after="0" w:line="240" w:lineRule="auto"/>
      </w:pPr>
      <w:r>
        <w:t>1</w:t>
      </w:r>
      <w:r w:rsidR="25492B17" w:rsidRPr="5E1C6DA2">
        <w:t xml:space="preserve">. </w:t>
      </w:r>
      <w:r w:rsidR="00AA167F">
        <w:t xml:space="preserve">Case Presentation </w:t>
      </w:r>
      <w:r w:rsidR="7B6BE49A" w:rsidRPr="5E1C6DA2">
        <w:rPr>
          <w:i/>
          <w:iCs/>
        </w:rPr>
        <w:t>(</w:t>
      </w:r>
      <w:r w:rsidR="00B462DE">
        <w:rPr>
          <w:i/>
          <w:iCs/>
        </w:rPr>
        <w:t>What happened in this case? Be specific and clear about what mattered most)</w:t>
      </w:r>
    </w:p>
    <w:p w14:paraId="015BDB1D" w14:textId="213C4DC0" w:rsidR="25492B17" w:rsidRDefault="00A85C41" w:rsidP="5E1C6DA2">
      <w:pPr>
        <w:spacing w:after="0" w:line="240" w:lineRule="auto"/>
      </w:pPr>
      <w:r>
        <w:t>2</w:t>
      </w:r>
      <w:r w:rsidR="25492B17" w:rsidRPr="5E1C6DA2">
        <w:t xml:space="preserve">. </w:t>
      </w:r>
      <w:r w:rsidR="00AA167F">
        <w:t>Discussion</w:t>
      </w:r>
      <w:r w:rsidR="00B462DE">
        <w:t xml:space="preserve"> </w:t>
      </w:r>
      <w:r w:rsidR="00B462DE" w:rsidRPr="5E1C6DA2">
        <w:rPr>
          <w:i/>
          <w:iCs/>
        </w:rPr>
        <w:t>(Why is this case report important? What does it add to existing scholarship?)</w:t>
      </w:r>
    </w:p>
    <w:p w14:paraId="7EAB5801" w14:textId="6FAF5090" w:rsidR="66D6EABF" w:rsidRDefault="00A85C41" w:rsidP="0015458D">
      <w:pPr>
        <w:spacing w:after="0" w:line="240" w:lineRule="auto"/>
        <w:rPr>
          <w:i/>
          <w:iCs/>
        </w:rPr>
      </w:pPr>
      <w:r>
        <w:t>3</w:t>
      </w:r>
      <w:r w:rsidR="25492B17" w:rsidRPr="5E1C6DA2">
        <w:t>.</w:t>
      </w:r>
      <w:r w:rsidR="00B462DE">
        <w:t xml:space="preserve"> </w:t>
      </w:r>
      <w:r w:rsidR="00AA167F">
        <w:t>Conclusion</w:t>
      </w:r>
      <w:r w:rsidR="66D6EABF" w:rsidRPr="5E1C6DA2">
        <w:t xml:space="preserve"> </w:t>
      </w:r>
      <w:r w:rsidR="66D6EABF" w:rsidRPr="5E1C6DA2">
        <w:rPr>
          <w:i/>
          <w:iCs/>
        </w:rPr>
        <w:t xml:space="preserve">(Picture an audience of physicians – how could insight from this case shape their </w:t>
      </w:r>
      <w:r w:rsidR="00B462DE">
        <w:rPr>
          <w:i/>
          <w:iCs/>
        </w:rPr>
        <w:t>doctoring</w:t>
      </w:r>
      <w:r w:rsidR="66D6EABF" w:rsidRPr="5E1C6DA2">
        <w:rPr>
          <w:i/>
          <w:iCs/>
        </w:rPr>
        <w:t>?)</w:t>
      </w:r>
    </w:p>
    <w:p w14:paraId="1CDAE846" w14:textId="0CE0443B" w:rsidR="5E1C6DA2" w:rsidRDefault="00A85C41" w:rsidP="5E1C6DA2">
      <w:pPr>
        <w:spacing w:after="0" w:line="240" w:lineRule="auto"/>
        <w:rPr>
          <w:i/>
          <w:iCs/>
        </w:rPr>
      </w:pPr>
      <w:r>
        <w:t>4</w:t>
      </w:r>
      <w:r w:rsidR="28E1A2E2" w:rsidRPr="5E1C6DA2">
        <w:t xml:space="preserve">. References </w:t>
      </w:r>
      <w:r w:rsidR="28E1A2E2" w:rsidRPr="5E1C6DA2">
        <w:rPr>
          <w:i/>
          <w:iCs/>
        </w:rPr>
        <w:t>(At least 2, no more than 10, all in AMA style)</w:t>
      </w:r>
    </w:p>
    <w:p w14:paraId="53188E4F" w14:textId="2824BCDE" w:rsidR="5E1C6DA2" w:rsidRPr="009613CA" w:rsidRDefault="281400CD" w:rsidP="5E1C6DA2">
      <w:pPr>
        <w:spacing w:after="0" w:line="240" w:lineRule="auto"/>
      </w:pPr>
      <w:r w:rsidRPr="5E1C6DA2">
        <w:rPr>
          <w:b/>
          <w:bCs/>
        </w:rPr>
        <w:t xml:space="preserve">Abstracts </w:t>
      </w:r>
      <w:r w:rsidR="00A85C41">
        <w:rPr>
          <w:b/>
          <w:bCs/>
        </w:rPr>
        <w:t>are</w:t>
      </w:r>
      <w:r w:rsidRPr="5E1C6DA2">
        <w:rPr>
          <w:b/>
          <w:bCs/>
        </w:rPr>
        <w:t xml:space="preserve"> </w:t>
      </w:r>
      <w:r w:rsidR="597B09A3" w:rsidRPr="5E1C6DA2">
        <w:rPr>
          <w:b/>
          <w:bCs/>
        </w:rPr>
        <w:t xml:space="preserve">due by midnight on </w:t>
      </w:r>
      <w:r w:rsidR="0063442D">
        <w:rPr>
          <w:b/>
          <w:bCs/>
        </w:rPr>
        <w:t>Mon</w:t>
      </w:r>
      <w:r w:rsidR="004C1CC8">
        <w:rPr>
          <w:b/>
          <w:bCs/>
        </w:rPr>
        <w:t>day, July 2</w:t>
      </w:r>
      <w:r w:rsidR="0063442D">
        <w:rPr>
          <w:b/>
          <w:bCs/>
        </w:rPr>
        <w:t>0</w:t>
      </w:r>
      <w:r w:rsidR="597B09A3" w:rsidRPr="5E1C6DA2">
        <w:t>.</w:t>
      </w:r>
      <w:r w:rsidR="00A85C41">
        <w:t xml:space="preserve"> </w:t>
      </w:r>
      <w:r w:rsidR="597B09A3" w:rsidRPr="5E1C6DA2">
        <w:t xml:space="preserve">For questions, </w:t>
      </w:r>
      <w:r w:rsidR="00A85C41">
        <w:t>email</w:t>
      </w:r>
      <w:r w:rsidR="597B09A3" w:rsidRPr="5E1C6DA2">
        <w:t xml:space="preserve">: </w:t>
      </w:r>
      <w:hyperlink r:id="rId9">
        <w:r w:rsidR="597B09A3" w:rsidRPr="5E1C6DA2">
          <w:rPr>
            <w:rStyle w:val="Hyperlink"/>
          </w:rPr>
          <w:t>OME</w:t>
        </w:r>
        <w:r w:rsidR="597B09A3" w:rsidRPr="5E1C6DA2">
          <w:rPr>
            <w:rStyle w:val="Hyperlink"/>
          </w:rPr>
          <w:t>R</w:t>
        </w:r>
        <w:r w:rsidR="597B09A3" w:rsidRPr="5E1C6DA2">
          <w:rPr>
            <w:rStyle w:val="Hyperlink"/>
          </w:rPr>
          <w:t>esearchTeam@uky.edu</w:t>
        </w:r>
      </w:hyperlink>
    </w:p>
    <w:sectPr w:rsidR="5E1C6DA2" w:rsidRPr="009613CA" w:rsidSect="0052055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1D85E2"/>
    <w:multiLevelType w:val="hybridMultilevel"/>
    <w:tmpl w:val="9836D1DA"/>
    <w:lvl w:ilvl="0" w:tplc="2B967156">
      <w:start w:val="1"/>
      <w:numFmt w:val="decimal"/>
      <w:lvlText w:val="%1."/>
      <w:lvlJc w:val="left"/>
      <w:pPr>
        <w:ind w:left="360" w:hanging="360"/>
      </w:pPr>
    </w:lvl>
    <w:lvl w:ilvl="1" w:tplc="7C2ABC08">
      <w:start w:val="1"/>
      <w:numFmt w:val="lowerLetter"/>
      <w:lvlText w:val="%2."/>
      <w:lvlJc w:val="left"/>
      <w:pPr>
        <w:ind w:left="1080" w:hanging="360"/>
      </w:pPr>
    </w:lvl>
    <w:lvl w:ilvl="2" w:tplc="3200A95C">
      <w:start w:val="1"/>
      <w:numFmt w:val="lowerRoman"/>
      <w:lvlText w:val="%3."/>
      <w:lvlJc w:val="right"/>
      <w:pPr>
        <w:ind w:left="1800" w:hanging="180"/>
      </w:pPr>
    </w:lvl>
    <w:lvl w:ilvl="3" w:tplc="E264A29A">
      <w:start w:val="1"/>
      <w:numFmt w:val="decimal"/>
      <w:lvlText w:val="%4."/>
      <w:lvlJc w:val="left"/>
      <w:pPr>
        <w:ind w:left="2520" w:hanging="360"/>
      </w:pPr>
    </w:lvl>
    <w:lvl w:ilvl="4" w:tplc="608EBF64">
      <w:start w:val="1"/>
      <w:numFmt w:val="lowerLetter"/>
      <w:lvlText w:val="%5."/>
      <w:lvlJc w:val="left"/>
      <w:pPr>
        <w:ind w:left="3240" w:hanging="360"/>
      </w:pPr>
    </w:lvl>
    <w:lvl w:ilvl="5" w:tplc="D5304F42">
      <w:start w:val="1"/>
      <w:numFmt w:val="lowerRoman"/>
      <w:lvlText w:val="%6."/>
      <w:lvlJc w:val="right"/>
      <w:pPr>
        <w:ind w:left="3960" w:hanging="180"/>
      </w:pPr>
    </w:lvl>
    <w:lvl w:ilvl="6" w:tplc="056C7BEC">
      <w:start w:val="1"/>
      <w:numFmt w:val="decimal"/>
      <w:lvlText w:val="%7."/>
      <w:lvlJc w:val="left"/>
      <w:pPr>
        <w:ind w:left="4680" w:hanging="360"/>
      </w:pPr>
    </w:lvl>
    <w:lvl w:ilvl="7" w:tplc="895AC188">
      <w:start w:val="1"/>
      <w:numFmt w:val="lowerLetter"/>
      <w:lvlText w:val="%8."/>
      <w:lvlJc w:val="left"/>
      <w:pPr>
        <w:ind w:left="5400" w:hanging="360"/>
      </w:pPr>
    </w:lvl>
    <w:lvl w:ilvl="8" w:tplc="37B69B16">
      <w:start w:val="1"/>
      <w:numFmt w:val="lowerRoman"/>
      <w:lvlText w:val="%9."/>
      <w:lvlJc w:val="right"/>
      <w:pPr>
        <w:ind w:left="6120" w:hanging="180"/>
      </w:pPr>
    </w:lvl>
  </w:abstractNum>
  <w:abstractNum w:abstractNumId="10" w15:restartNumberingAfterBreak="0">
    <w:nsid w:val="1D1352F5"/>
    <w:multiLevelType w:val="hybridMultilevel"/>
    <w:tmpl w:val="09763D50"/>
    <w:lvl w:ilvl="0" w:tplc="A8AC4DA4">
      <w:start w:val="1"/>
      <w:numFmt w:val="bullet"/>
      <w:lvlText w:val=""/>
      <w:lvlJc w:val="left"/>
      <w:pPr>
        <w:ind w:left="720" w:hanging="360"/>
      </w:pPr>
      <w:rPr>
        <w:rFonts w:ascii="Symbol" w:hAnsi="Symbol" w:hint="default"/>
      </w:rPr>
    </w:lvl>
    <w:lvl w:ilvl="1" w:tplc="130621D6">
      <w:start w:val="1"/>
      <w:numFmt w:val="bullet"/>
      <w:lvlText w:val="o"/>
      <w:lvlJc w:val="left"/>
      <w:pPr>
        <w:ind w:left="1440" w:hanging="360"/>
      </w:pPr>
      <w:rPr>
        <w:rFonts w:ascii="Courier New" w:hAnsi="Courier New" w:hint="default"/>
      </w:rPr>
    </w:lvl>
    <w:lvl w:ilvl="2" w:tplc="5B10EDAC">
      <w:start w:val="1"/>
      <w:numFmt w:val="bullet"/>
      <w:lvlText w:val=""/>
      <w:lvlJc w:val="left"/>
      <w:pPr>
        <w:ind w:left="2160" w:hanging="360"/>
      </w:pPr>
      <w:rPr>
        <w:rFonts w:ascii="Wingdings" w:hAnsi="Wingdings" w:hint="default"/>
      </w:rPr>
    </w:lvl>
    <w:lvl w:ilvl="3" w:tplc="92A8BD3E">
      <w:start w:val="1"/>
      <w:numFmt w:val="bullet"/>
      <w:lvlText w:val=""/>
      <w:lvlJc w:val="left"/>
      <w:pPr>
        <w:ind w:left="2880" w:hanging="360"/>
      </w:pPr>
      <w:rPr>
        <w:rFonts w:ascii="Symbol" w:hAnsi="Symbol" w:hint="default"/>
      </w:rPr>
    </w:lvl>
    <w:lvl w:ilvl="4" w:tplc="91563392">
      <w:start w:val="1"/>
      <w:numFmt w:val="bullet"/>
      <w:lvlText w:val="o"/>
      <w:lvlJc w:val="left"/>
      <w:pPr>
        <w:ind w:left="3600" w:hanging="360"/>
      </w:pPr>
      <w:rPr>
        <w:rFonts w:ascii="Courier New" w:hAnsi="Courier New" w:hint="default"/>
      </w:rPr>
    </w:lvl>
    <w:lvl w:ilvl="5" w:tplc="D34A691A">
      <w:start w:val="1"/>
      <w:numFmt w:val="bullet"/>
      <w:lvlText w:val=""/>
      <w:lvlJc w:val="left"/>
      <w:pPr>
        <w:ind w:left="4320" w:hanging="360"/>
      </w:pPr>
      <w:rPr>
        <w:rFonts w:ascii="Wingdings" w:hAnsi="Wingdings" w:hint="default"/>
      </w:rPr>
    </w:lvl>
    <w:lvl w:ilvl="6" w:tplc="86222E72">
      <w:start w:val="1"/>
      <w:numFmt w:val="bullet"/>
      <w:lvlText w:val=""/>
      <w:lvlJc w:val="left"/>
      <w:pPr>
        <w:ind w:left="5040" w:hanging="360"/>
      </w:pPr>
      <w:rPr>
        <w:rFonts w:ascii="Symbol" w:hAnsi="Symbol" w:hint="default"/>
      </w:rPr>
    </w:lvl>
    <w:lvl w:ilvl="7" w:tplc="352406F2">
      <w:start w:val="1"/>
      <w:numFmt w:val="bullet"/>
      <w:lvlText w:val="o"/>
      <w:lvlJc w:val="left"/>
      <w:pPr>
        <w:ind w:left="5760" w:hanging="360"/>
      </w:pPr>
      <w:rPr>
        <w:rFonts w:ascii="Courier New" w:hAnsi="Courier New" w:hint="default"/>
      </w:rPr>
    </w:lvl>
    <w:lvl w:ilvl="8" w:tplc="D9C8486A">
      <w:start w:val="1"/>
      <w:numFmt w:val="bullet"/>
      <w:lvlText w:val=""/>
      <w:lvlJc w:val="left"/>
      <w:pPr>
        <w:ind w:left="6480" w:hanging="360"/>
      </w:pPr>
      <w:rPr>
        <w:rFonts w:ascii="Wingdings" w:hAnsi="Wingdings" w:hint="default"/>
      </w:rPr>
    </w:lvl>
  </w:abstractNum>
  <w:abstractNum w:abstractNumId="11" w15:restartNumberingAfterBreak="0">
    <w:nsid w:val="230B5F9A"/>
    <w:multiLevelType w:val="hybridMultilevel"/>
    <w:tmpl w:val="666EF624"/>
    <w:lvl w:ilvl="0" w:tplc="8406687E">
      <w:start w:val="1"/>
      <w:numFmt w:val="bullet"/>
      <w:lvlText w:val=""/>
      <w:lvlJc w:val="left"/>
      <w:pPr>
        <w:ind w:left="720" w:hanging="360"/>
      </w:pPr>
      <w:rPr>
        <w:rFonts w:ascii="Symbol" w:hAnsi="Symbol" w:hint="default"/>
      </w:rPr>
    </w:lvl>
    <w:lvl w:ilvl="1" w:tplc="2236DA26">
      <w:start w:val="1"/>
      <w:numFmt w:val="bullet"/>
      <w:lvlText w:val="o"/>
      <w:lvlJc w:val="left"/>
      <w:pPr>
        <w:ind w:left="1440" w:hanging="360"/>
      </w:pPr>
      <w:rPr>
        <w:rFonts w:ascii="Courier New" w:hAnsi="Courier New" w:hint="default"/>
      </w:rPr>
    </w:lvl>
    <w:lvl w:ilvl="2" w:tplc="8762584A">
      <w:start w:val="1"/>
      <w:numFmt w:val="bullet"/>
      <w:lvlText w:val=""/>
      <w:lvlJc w:val="left"/>
      <w:pPr>
        <w:ind w:left="2160" w:hanging="360"/>
      </w:pPr>
      <w:rPr>
        <w:rFonts w:ascii="Wingdings" w:hAnsi="Wingdings" w:hint="default"/>
      </w:rPr>
    </w:lvl>
    <w:lvl w:ilvl="3" w:tplc="946697E2">
      <w:start w:val="1"/>
      <w:numFmt w:val="bullet"/>
      <w:lvlText w:val=""/>
      <w:lvlJc w:val="left"/>
      <w:pPr>
        <w:ind w:left="2880" w:hanging="360"/>
      </w:pPr>
      <w:rPr>
        <w:rFonts w:ascii="Symbol" w:hAnsi="Symbol" w:hint="default"/>
      </w:rPr>
    </w:lvl>
    <w:lvl w:ilvl="4" w:tplc="2F9A9630">
      <w:start w:val="1"/>
      <w:numFmt w:val="bullet"/>
      <w:lvlText w:val="o"/>
      <w:lvlJc w:val="left"/>
      <w:pPr>
        <w:ind w:left="3600" w:hanging="360"/>
      </w:pPr>
      <w:rPr>
        <w:rFonts w:ascii="Courier New" w:hAnsi="Courier New" w:hint="default"/>
      </w:rPr>
    </w:lvl>
    <w:lvl w:ilvl="5" w:tplc="5E36AAD6">
      <w:start w:val="1"/>
      <w:numFmt w:val="bullet"/>
      <w:lvlText w:val=""/>
      <w:lvlJc w:val="left"/>
      <w:pPr>
        <w:ind w:left="4320" w:hanging="360"/>
      </w:pPr>
      <w:rPr>
        <w:rFonts w:ascii="Wingdings" w:hAnsi="Wingdings" w:hint="default"/>
      </w:rPr>
    </w:lvl>
    <w:lvl w:ilvl="6" w:tplc="586C7FB8">
      <w:start w:val="1"/>
      <w:numFmt w:val="bullet"/>
      <w:lvlText w:val=""/>
      <w:lvlJc w:val="left"/>
      <w:pPr>
        <w:ind w:left="5040" w:hanging="360"/>
      </w:pPr>
      <w:rPr>
        <w:rFonts w:ascii="Symbol" w:hAnsi="Symbol" w:hint="default"/>
      </w:rPr>
    </w:lvl>
    <w:lvl w:ilvl="7" w:tplc="3142F648">
      <w:start w:val="1"/>
      <w:numFmt w:val="bullet"/>
      <w:lvlText w:val="o"/>
      <w:lvlJc w:val="left"/>
      <w:pPr>
        <w:ind w:left="5760" w:hanging="360"/>
      </w:pPr>
      <w:rPr>
        <w:rFonts w:ascii="Courier New" w:hAnsi="Courier New" w:hint="default"/>
      </w:rPr>
    </w:lvl>
    <w:lvl w:ilvl="8" w:tplc="B3D2FA84">
      <w:start w:val="1"/>
      <w:numFmt w:val="bullet"/>
      <w:lvlText w:val=""/>
      <w:lvlJc w:val="left"/>
      <w:pPr>
        <w:ind w:left="6480" w:hanging="360"/>
      </w:pPr>
      <w:rPr>
        <w:rFonts w:ascii="Wingdings" w:hAnsi="Wingdings" w:hint="default"/>
      </w:rPr>
    </w:lvl>
  </w:abstractNum>
  <w:abstractNum w:abstractNumId="12" w15:restartNumberingAfterBreak="0">
    <w:nsid w:val="279722D5"/>
    <w:multiLevelType w:val="hybridMultilevel"/>
    <w:tmpl w:val="2292B480"/>
    <w:lvl w:ilvl="0" w:tplc="0F0EF1D8">
      <w:start w:val="1"/>
      <w:numFmt w:val="bullet"/>
      <w:lvlText w:val=""/>
      <w:lvlJc w:val="left"/>
      <w:pPr>
        <w:ind w:left="720" w:hanging="360"/>
      </w:pPr>
      <w:rPr>
        <w:rFonts w:ascii="Symbol" w:hAnsi="Symbol" w:hint="default"/>
      </w:rPr>
    </w:lvl>
    <w:lvl w:ilvl="1" w:tplc="A8F8AAFA">
      <w:start w:val="1"/>
      <w:numFmt w:val="bullet"/>
      <w:lvlText w:val="o"/>
      <w:lvlJc w:val="left"/>
      <w:pPr>
        <w:ind w:left="1440" w:hanging="360"/>
      </w:pPr>
      <w:rPr>
        <w:rFonts w:ascii="Courier New" w:hAnsi="Courier New" w:hint="default"/>
      </w:rPr>
    </w:lvl>
    <w:lvl w:ilvl="2" w:tplc="B2E44672">
      <w:start w:val="1"/>
      <w:numFmt w:val="bullet"/>
      <w:lvlText w:val=""/>
      <w:lvlJc w:val="left"/>
      <w:pPr>
        <w:ind w:left="2160" w:hanging="360"/>
      </w:pPr>
      <w:rPr>
        <w:rFonts w:ascii="Wingdings" w:hAnsi="Wingdings" w:hint="default"/>
      </w:rPr>
    </w:lvl>
    <w:lvl w:ilvl="3" w:tplc="189EEF34">
      <w:start w:val="1"/>
      <w:numFmt w:val="bullet"/>
      <w:lvlText w:val=""/>
      <w:lvlJc w:val="left"/>
      <w:pPr>
        <w:ind w:left="2880" w:hanging="360"/>
      </w:pPr>
      <w:rPr>
        <w:rFonts w:ascii="Symbol" w:hAnsi="Symbol" w:hint="default"/>
      </w:rPr>
    </w:lvl>
    <w:lvl w:ilvl="4" w:tplc="259C2B4A">
      <w:start w:val="1"/>
      <w:numFmt w:val="bullet"/>
      <w:lvlText w:val="o"/>
      <w:lvlJc w:val="left"/>
      <w:pPr>
        <w:ind w:left="3600" w:hanging="360"/>
      </w:pPr>
      <w:rPr>
        <w:rFonts w:ascii="Courier New" w:hAnsi="Courier New" w:hint="default"/>
      </w:rPr>
    </w:lvl>
    <w:lvl w:ilvl="5" w:tplc="3614EC04">
      <w:start w:val="1"/>
      <w:numFmt w:val="bullet"/>
      <w:lvlText w:val=""/>
      <w:lvlJc w:val="left"/>
      <w:pPr>
        <w:ind w:left="4320" w:hanging="360"/>
      </w:pPr>
      <w:rPr>
        <w:rFonts w:ascii="Wingdings" w:hAnsi="Wingdings" w:hint="default"/>
      </w:rPr>
    </w:lvl>
    <w:lvl w:ilvl="6" w:tplc="DF741E72">
      <w:start w:val="1"/>
      <w:numFmt w:val="bullet"/>
      <w:lvlText w:val=""/>
      <w:lvlJc w:val="left"/>
      <w:pPr>
        <w:ind w:left="5040" w:hanging="360"/>
      </w:pPr>
      <w:rPr>
        <w:rFonts w:ascii="Symbol" w:hAnsi="Symbol" w:hint="default"/>
      </w:rPr>
    </w:lvl>
    <w:lvl w:ilvl="7" w:tplc="4A4490FE">
      <w:start w:val="1"/>
      <w:numFmt w:val="bullet"/>
      <w:lvlText w:val="o"/>
      <w:lvlJc w:val="left"/>
      <w:pPr>
        <w:ind w:left="5760" w:hanging="360"/>
      </w:pPr>
      <w:rPr>
        <w:rFonts w:ascii="Courier New" w:hAnsi="Courier New" w:hint="default"/>
      </w:rPr>
    </w:lvl>
    <w:lvl w:ilvl="8" w:tplc="D2A6CE80">
      <w:start w:val="1"/>
      <w:numFmt w:val="bullet"/>
      <w:lvlText w:val=""/>
      <w:lvlJc w:val="left"/>
      <w:pPr>
        <w:ind w:left="6480" w:hanging="360"/>
      </w:pPr>
      <w:rPr>
        <w:rFonts w:ascii="Wingdings" w:hAnsi="Wingdings" w:hint="default"/>
      </w:rPr>
    </w:lvl>
  </w:abstractNum>
  <w:abstractNum w:abstractNumId="13" w15:restartNumberingAfterBreak="0">
    <w:nsid w:val="6ECB279D"/>
    <w:multiLevelType w:val="hybridMultilevel"/>
    <w:tmpl w:val="FAF640E0"/>
    <w:lvl w:ilvl="0" w:tplc="5A7CBE66">
      <w:start w:val="1"/>
      <w:numFmt w:val="bullet"/>
      <w:lvlText w:val=""/>
      <w:lvlJc w:val="left"/>
      <w:pPr>
        <w:ind w:left="450" w:hanging="360"/>
      </w:pPr>
      <w:rPr>
        <w:rFonts w:ascii="Symbol" w:hAnsi="Symbol" w:hint="default"/>
      </w:rPr>
    </w:lvl>
    <w:lvl w:ilvl="1" w:tplc="E0CEE15A">
      <w:start w:val="1"/>
      <w:numFmt w:val="bullet"/>
      <w:lvlText w:val="o"/>
      <w:lvlJc w:val="left"/>
      <w:pPr>
        <w:ind w:left="1170" w:hanging="360"/>
      </w:pPr>
      <w:rPr>
        <w:rFonts w:ascii="Courier New" w:hAnsi="Courier New" w:hint="default"/>
      </w:rPr>
    </w:lvl>
    <w:lvl w:ilvl="2" w:tplc="BE44D342">
      <w:start w:val="1"/>
      <w:numFmt w:val="bullet"/>
      <w:lvlText w:val=""/>
      <w:lvlJc w:val="left"/>
      <w:pPr>
        <w:ind w:left="1890" w:hanging="360"/>
      </w:pPr>
      <w:rPr>
        <w:rFonts w:ascii="Wingdings" w:hAnsi="Wingdings" w:hint="default"/>
      </w:rPr>
    </w:lvl>
    <w:lvl w:ilvl="3" w:tplc="4088145A">
      <w:start w:val="1"/>
      <w:numFmt w:val="bullet"/>
      <w:lvlText w:val=""/>
      <w:lvlJc w:val="left"/>
      <w:pPr>
        <w:ind w:left="2610" w:hanging="360"/>
      </w:pPr>
      <w:rPr>
        <w:rFonts w:ascii="Symbol" w:hAnsi="Symbol" w:hint="default"/>
      </w:rPr>
    </w:lvl>
    <w:lvl w:ilvl="4" w:tplc="2EEA3A66">
      <w:start w:val="1"/>
      <w:numFmt w:val="bullet"/>
      <w:lvlText w:val="o"/>
      <w:lvlJc w:val="left"/>
      <w:pPr>
        <w:ind w:left="3330" w:hanging="360"/>
      </w:pPr>
      <w:rPr>
        <w:rFonts w:ascii="Courier New" w:hAnsi="Courier New" w:hint="default"/>
      </w:rPr>
    </w:lvl>
    <w:lvl w:ilvl="5" w:tplc="BA2CD3AE">
      <w:start w:val="1"/>
      <w:numFmt w:val="bullet"/>
      <w:lvlText w:val=""/>
      <w:lvlJc w:val="left"/>
      <w:pPr>
        <w:ind w:left="4050" w:hanging="360"/>
      </w:pPr>
      <w:rPr>
        <w:rFonts w:ascii="Wingdings" w:hAnsi="Wingdings" w:hint="default"/>
      </w:rPr>
    </w:lvl>
    <w:lvl w:ilvl="6" w:tplc="5CA25078">
      <w:start w:val="1"/>
      <w:numFmt w:val="bullet"/>
      <w:lvlText w:val=""/>
      <w:lvlJc w:val="left"/>
      <w:pPr>
        <w:ind w:left="4770" w:hanging="360"/>
      </w:pPr>
      <w:rPr>
        <w:rFonts w:ascii="Symbol" w:hAnsi="Symbol" w:hint="default"/>
      </w:rPr>
    </w:lvl>
    <w:lvl w:ilvl="7" w:tplc="8D30FEA2">
      <w:start w:val="1"/>
      <w:numFmt w:val="bullet"/>
      <w:lvlText w:val="o"/>
      <w:lvlJc w:val="left"/>
      <w:pPr>
        <w:ind w:left="5490" w:hanging="360"/>
      </w:pPr>
      <w:rPr>
        <w:rFonts w:ascii="Courier New" w:hAnsi="Courier New" w:hint="default"/>
      </w:rPr>
    </w:lvl>
    <w:lvl w:ilvl="8" w:tplc="3C0AA832">
      <w:start w:val="1"/>
      <w:numFmt w:val="bullet"/>
      <w:lvlText w:val=""/>
      <w:lvlJc w:val="left"/>
      <w:pPr>
        <w:ind w:left="6210" w:hanging="360"/>
      </w:pPr>
      <w:rPr>
        <w:rFonts w:ascii="Wingdings" w:hAnsi="Wingdings" w:hint="default"/>
      </w:rPr>
    </w:lvl>
  </w:abstractNum>
  <w:num w:numId="1" w16cid:durableId="1303269637">
    <w:abstractNumId w:val="9"/>
  </w:num>
  <w:num w:numId="2" w16cid:durableId="499736346">
    <w:abstractNumId w:val="11"/>
  </w:num>
  <w:num w:numId="3" w16cid:durableId="240674888">
    <w:abstractNumId w:val="13"/>
  </w:num>
  <w:num w:numId="4" w16cid:durableId="1895726770">
    <w:abstractNumId w:val="12"/>
  </w:num>
  <w:num w:numId="5" w16cid:durableId="1114060917">
    <w:abstractNumId w:val="10"/>
  </w:num>
  <w:num w:numId="6" w16cid:durableId="936643327">
    <w:abstractNumId w:val="8"/>
  </w:num>
  <w:num w:numId="7" w16cid:durableId="1967543418">
    <w:abstractNumId w:val="6"/>
  </w:num>
  <w:num w:numId="8" w16cid:durableId="902256350">
    <w:abstractNumId w:val="5"/>
  </w:num>
  <w:num w:numId="9" w16cid:durableId="1225601263">
    <w:abstractNumId w:val="4"/>
  </w:num>
  <w:num w:numId="10" w16cid:durableId="1100416926">
    <w:abstractNumId w:val="7"/>
  </w:num>
  <w:num w:numId="11" w16cid:durableId="1074817802">
    <w:abstractNumId w:val="3"/>
  </w:num>
  <w:num w:numId="12" w16cid:durableId="46027318">
    <w:abstractNumId w:val="2"/>
  </w:num>
  <w:num w:numId="13" w16cid:durableId="1080831811">
    <w:abstractNumId w:val="1"/>
  </w:num>
  <w:num w:numId="14" w16cid:durableId="15102960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E58"/>
    <w:rsid w:val="000D377C"/>
    <w:rsid w:val="00123F33"/>
    <w:rsid w:val="0015074B"/>
    <w:rsid w:val="001542D6"/>
    <w:rsid w:val="0015458D"/>
    <w:rsid w:val="001B18C9"/>
    <w:rsid w:val="001B4B27"/>
    <w:rsid w:val="001F310E"/>
    <w:rsid w:val="00216338"/>
    <w:rsid w:val="00224D5B"/>
    <w:rsid w:val="00252126"/>
    <w:rsid w:val="0026684F"/>
    <w:rsid w:val="0029639D"/>
    <w:rsid w:val="00326F90"/>
    <w:rsid w:val="003B1A25"/>
    <w:rsid w:val="003F062E"/>
    <w:rsid w:val="004A544A"/>
    <w:rsid w:val="004C1CC8"/>
    <w:rsid w:val="0052055D"/>
    <w:rsid w:val="0053303E"/>
    <w:rsid w:val="00561939"/>
    <w:rsid w:val="00593748"/>
    <w:rsid w:val="0063442D"/>
    <w:rsid w:val="00641952"/>
    <w:rsid w:val="00653ADA"/>
    <w:rsid w:val="00654AFC"/>
    <w:rsid w:val="006A3850"/>
    <w:rsid w:val="0072732A"/>
    <w:rsid w:val="007C3978"/>
    <w:rsid w:val="00865B2D"/>
    <w:rsid w:val="0086655E"/>
    <w:rsid w:val="00873C24"/>
    <w:rsid w:val="009346BF"/>
    <w:rsid w:val="009533B5"/>
    <w:rsid w:val="009613CA"/>
    <w:rsid w:val="00971F09"/>
    <w:rsid w:val="009B8009"/>
    <w:rsid w:val="009D2AEE"/>
    <w:rsid w:val="00A00DC9"/>
    <w:rsid w:val="00A016A4"/>
    <w:rsid w:val="00A118F4"/>
    <w:rsid w:val="00A22D70"/>
    <w:rsid w:val="00A661C0"/>
    <w:rsid w:val="00A85C41"/>
    <w:rsid w:val="00AA167F"/>
    <w:rsid w:val="00AA1D8D"/>
    <w:rsid w:val="00AF0EE8"/>
    <w:rsid w:val="00AF2E59"/>
    <w:rsid w:val="00B462DE"/>
    <w:rsid w:val="00B47730"/>
    <w:rsid w:val="00BD030E"/>
    <w:rsid w:val="00BF05F5"/>
    <w:rsid w:val="00C0682F"/>
    <w:rsid w:val="00CB0664"/>
    <w:rsid w:val="00D42059"/>
    <w:rsid w:val="00DB12C0"/>
    <w:rsid w:val="00DF7068"/>
    <w:rsid w:val="00E500D9"/>
    <w:rsid w:val="00E5123D"/>
    <w:rsid w:val="00E65543"/>
    <w:rsid w:val="00E73338"/>
    <w:rsid w:val="00E93A29"/>
    <w:rsid w:val="00EB7A85"/>
    <w:rsid w:val="00EE1851"/>
    <w:rsid w:val="00F96B8C"/>
    <w:rsid w:val="00FBBC05"/>
    <w:rsid w:val="00FC693F"/>
    <w:rsid w:val="00FD74F9"/>
    <w:rsid w:val="00FF60B1"/>
    <w:rsid w:val="01B71BF6"/>
    <w:rsid w:val="02305C4A"/>
    <w:rsid w:val="02D1A2AB"/>
    <w:rsid w:val="034C7836"/>
    <w:rsid w:val="03663958"/>
    <w:rsid w:val="03BD4DBE"/>
    <w:rsid w:val="03BE3B09"/>
    <w:rsid w:val="03DD71B0"/>
    <w:rsid w:val="0489B785"/>
    <w:rsid w:val="0520A925"/>
    <w:rsid w:val="058B0AB9"/>
    <w:rsid w:val="0590DDD3"/>
    <w:rsid w:val="05B552F5"/>
    <w:rsid w:val="05D9F095"/>
    <w:rsid w:val="068676B3"/>
    <w:rsid w:val="06DA3034"/>
    <w:rsid w:val="0767419B"/>
    <w:rsid w:val="078BCE63"/>
    <w:rsid w:val="0797A3AA"/>
    <w:rsid w:val="0800AC36"/>
    <w:rsid w:val="085FD229"/>
    <w:rsid w:val="08B16DAA"/>
    <w:rsid w:val="092C5208"/>
    <w:rsid w:val="0933C183"/>
    <w:rsid w:val="09B2FD07"/>
    <w:rsid w:val="09C80EF4"/>
    <w:rsid w:val="0A050A9D"/>
    <w:rsid w:val="0A178B46"/>
    <w:rsid w:val="0A3F5BA6"/>
    <w:rsid w:val="0A98180B"/>
    <w:rsid w:val="0AC60E6F"/>
    <w:rsid w:val="0AE18837"/>
    <w:rsid w:val="0B4406B3"/>
    <w:rsid w:val="0B446740"/>
    <w:rsid w:val="0B50C89B"/>
    <w:rsid w:val="0BA6080B"/>
    <w:rsid w:val="0BB688AB"/>
    <w:rsid w:val="0BDEFE9E"/>
    <w:rsid w:val="0C0367F7"/>
    <w:rsid w:val="0C05F517"/>
    <w:rsid w:val="0C4BA693"/>
    <w:rsid w:val="0C73D951"/>
    <w:rsid w:val="0CF23713"/>
    <w:rsid w:val="0D029789"/>
    <w:rsid w:val="0D034A16"/>
    <w:rsid w:val="0D354B4B"/>
    <w:rsid w:val="0D3EAE73"/>
    <w:rsid w:val="0DCA3F9D"/>
    <w:rsid w:val="0DFD170D"/>
    <w:rsid w:val="0E772CA9"/>
    <w:rsid w:val="0E7B0776"/>
    <w:rsid w:val="0EE018FB"/>
    <w:rsid w:val="0F82272D"/>
    <w:rsid w:val="1052D504"/>
    <w:rsid w:val="1085F10A"/>
    <w:rsid w:val="10E617A0"/>
    <w:rsid w:val="110ABF7E"/>
    <w:rsid w:val="116D20FD"/>
    <w:rsid w:val="1171EE08"/>
    <w:rsid w:val="119E44BB"/>
    <w:rsid w:val="11A95F48"/>
    <w:rsid w:val="11BD75AA"/>
    <w:rsid w:val="11D209FD"/>
    <w:rsid w:val="11E16DAD"/>
    <w:rsid w:val="11EF058C"/>
    <w:rsid w:val="126F049B"/>
    <w:rsid w:val="12D84AC9"/>
    <w:rsid w:val="13587503"/>
    <w:rsid w:val="14498C80"/>
    <w:rsid w:val="15981CDD"/>
    <w:rsid w:val="15B0D80C"/>
    <w:rsid w:val="16090A1B"/>
    <w:rsid w:val="172E35D0"/>
    <w:rsid w:val="17E405DA"/>
    <w:rsid w:val="17EBC4E3"/>
    <w:rsid w:val="182F4EF4"/>
    <w:rsid w:val="188C6338"/>
    <w:rsid w:val="18FD684B"/>
    <w:rsid w:val="19A6729C"/>
    <w:rsid w:val="19DE0B4A"/>
    <w:rsid w:val="19E2DBC2"/>
    <w:rsid w:val="1A0F0466"/>
    <w:rsid w:val="1A171ACB"/>
    <w:rsid w:val="1A36FE01"/>
    <w:rsid w:val="1A4A2D9B"/>
    <w:rsid w:val="1ABE60AB"/>
    <w:rsid w:val="1B28DE35"/>
    <w:rsid w:val="1B3A4418"/>
    <w:rsid w:val="1B413368"/>
    <w:rsid w:val="1B5C880B"/>
    <w:rsid w:val="1B6E3D3D"/>
    <w:rsid w:val="1BB27B51"/>
    <w:rsid w:val="1BD255F2"/>
    <w:rsid w:val="1BDEE811"/>
    <w:rsid w:val="1BED0990"/>
    <w:rsid w:val="1C4C26A6"/>
    <w:rsid w:val="1D668FAA"/>
    <w:rsid w:val="1D70885D"/>
    <w:rsid w:val="1D8C2AB9"/>
    <w:rsid w:val="1DBF0694"/>
    <w:rsid w:val="1DC58302"/>
    <w:rsid w:val="1DF9739C"/>
    <w:rsid w:val="1E180390"/>
    <w:rsid w:val="1E38C9B2"/>
    <w:rsid w:val="1E8408BF"/>
    <w:rsid w:val="1E9C1B8E"/>
    <w:rsid w:val="1EA114F8"/>
    <w:rsid w:val="1F00FB4B"/>
    <w:rsid w:val="1F5BB3BF"/>
    <w:rsid w:val="1F6F466F"/>
    <w:rsid w:val="1F94D167"/>
    <w:rsid w:val="1FBC24C8"/>
    <w:rsid w:val="1FFF6314"/>
    <w:rsid w:val="2018030E"/>
    <w:rsid w:val="202705B6"/>
    <w:rsid w:val="2046DE93"/>
    <w:rsid w:val="20B126F1"/>
    <w:rsid w:val="20CA5ABC"/>
    <w:rsid w:val="20F44BC3"/>
    <w:rsid w:val="21220BC3"/>
    <w:rsid w:val="212FBF98"/>
    <w:rsid w:val="21440546"/>
    <w:rsid w:val="2196D764"/>
    <w:rsid w:val="21C789B8"/>
    <w:rsid w:val="22583F6B"/>
    <w:rsid w:val="227773DC"/>
    <w:rsid w:val="227F4B70"/>
    <w:rsid w:val="22919A98"/>
    <w:rsid w:val="2292D5CA"/>
    <w:rsid w:val="22B073A2"/>
    <w:rsid w:val="22FFBDD6"/>
    <w:rsid w:val="2354E835"/>
    <w:rsid w:val="2364F7F8"/>
    <w:rsid w:val="2367B6F8"/>
    <w:rsid w:val="242E7359"/>
    <w:rsid w:val="24EC8EB3"/>
    <w:rsid w:val="2521EEB2"/>
    <w:rsid w:val="25492B17"/>
    <w:rsid w:val="260C3002"/>
    <w:rsid w:val="2659F816"/>
    <w:rsid w:val="269B2A4D"/>
    <w:rsid w:val="277B318F"/>
    <w:rsid w:val="27AB4E1E"/>
    <w:rsid w:val="27BE8B38"/>
    <w:rsid w:val="2802B110"/>
    <w:rsid w:val="28048F97"/>
    <w:rsid w:val="281400CD"/>
    <w:rsid w:val="28D1052B"/>
    <w:rsid w:val="28D61D87"/>
    <w:rsid w:val="28E1A2E2"/>
    <w:rsid w:val="28F6480F"/>
    <w:rsid w:val="292E9202"/>
    <w:rsid w:val="297099D6"/>
    <w:rsid w:val="299AA780"/>
    <w:rsid w:val="2A3AB8F4"/>
    <w:rsid w:val="2A59117E"/>
    <w:rsid w:val="2A77D97A"/>
    <w:rsid w:val="2A96BC71"/>
    <w:rsid w:val="2AD4758B"/>
    <w:rsid w:val="2B9A1D06"/>
    <w:rsid w:val="2BCAAD13"/>
    <w:rsid w:val="2C3E1F05"/>
    <w:rsid w:val="2CA11375"/>
    <w:rsid w:val="2CFCF26E"/>
    <w:rsid w:val="2D05E9A2"/>
    <w:rsid w:val="2D2398C0"/>
    <w:rsid w:val="2D586A98"/>
    <w:rsid w:val="2D8A5FCF"/>
    <w:rsid w:val="2D95DA2A"/>
    <w:rsid w:val="2DAF714E"/>
    <w:rsid w:val="2DC1E03B"/>
    <w:rsid w:val="2DD997E8"/>
    <w:rsid w:val="2DFB9E29"/>
    <w:rsid w:val="2E24C671"/>
    <w:rsid w:val="2E4A17A7"/>
    <w:rsid w:val="2E72196F"/>
    <w:rsid w:val="2EE69C22"/>
    <w:rsid w:val="2EED6818"/>
    <w:rsid w:val="2F101F45"/>
    <w:rsid w:val="2F35FA94"/>
    <w:rsid w:val="2F781C0C"/>
    <w:rsid w:val="3017018C"/>
    <w:rsid w:val="317250E2"/>
    <w:rsid w:val="31750253"/>
    <w:rsid w:val="3177720E"/>
    <w:rsid w:val="31C98FC1"/>
    <w:rsid w:val="31E3BC35"/>
    <w:rsid w:val="321F2388"/>
    <w:rsid w:val="3242084E"/>
    <w:rsid w:val="3296784A"/>
    <w:rsid w:val="32AE6953"/>
    <w:rsid w:val="32DC51D1"/>
    <w:rsid w:val="32E6CD0A"/>
    <w:rsid w:val="32F0CEB4"/>
    <w:rsid w:val="32F0FA33"/>
    <w:rsid w:val="33086378"/>
    <w:rsid w:val="33832F8A"/>
    <w:rsid w:val="33923445"/>
    <w:rsid w:val="33A1FE3B"/>
    <w:rsid w:val="33D4835E"/>
    <w:rsid w:val="3476EC6A"/>
    <w:rsid w:val="347917B1"/>
    <w:rsid w:val="348868FD"/>
    <w:rsid w:val="34C40352"/>
    <w:rsid w:val="35872FAE"/>
    <w:rsid w:val="35A5DB9F"/>
    <w:rsid w:val="362DCE72"/>
    <w:rsid w:val="368FA1DA"/>
    <w:rsid w:val="36984D79"/>
    <w:rsid w:val="36C25A1D"/>
    <w:rsid w:val="374EDE3F"/>
    <w:rsid w:val="37DE1881"/>
    <w:rsid w:val="37FF7B50"/>
    <w:rsid w:val="384B9FD0"/>
    <w:rsid w:val="386BB953"/>
    <w:rsid w:val="38B50E5C"/>
    <w:rsid w:val="3987AB1F"/>
    <w:rsid w:val="39B7A204"/>
    <w:rsid w:val="39F32E4A"/>
    <w:rsid w:val="3A018E40"/>
    <w:rsid w:val="3A3E2AB4"/>
    <w:rsid w:val="3A5950A0"/>
    <w:rsid w:val="3A93B72E"/>
    <w:rsid w:val="3AB5DE48"/>
    <w:rsid w:val="3AF71B4F"/>
    <w:rsid w:val="3B127B38"/>
    <w:rsid w:val="3B4DFFC9"/>
    <w:rsid w:val="3C038314"/>
    <w:rsid w:val="3C159257"/>
    <w:rsid w:val="3C20F958"/>
    <w:rsid w:val="3C893BAF"/>
    <w:rsid w:val="3C8C288C"/>
    <w:rsid w:val="3C917BB0"/>
    <w:rsid w:val="3C97E9FB"/>
    <w:rsid w:val="3CE95906"/>
    <w:rsid w:val="3CF24711"/>
    <w:rsid w:val="3D6B777D"/>
    <w:rsid w:val="3DAA59F1"/>
    <w:rsid w:val="3E21E457"/>
    <w:rsid w:val="3E2E3FC4"/>
    <w:rsid w:val="3E505286"/>
    <w:rsid w:val="3E6508DC"/>
    <w:rsid w:val="3EE1D74F"/>
    <w:rsid w:val="3F44F539"/>
    <w:rsid w:val="3F75B223"/>
    <w:rsid w:val="3FA79BE0"/>
    <w:rsid w:val="3FECEFF4"/>
    <w:rsid w:val="400750FB"/>
    <w:rsid w:val="405BBFEB"/>
    <w:rsid w:val="4081EF90"/>
    <w:rsid w:val="40C5F7D4"/>
    <w:rsid w:val="41918093"/>
    <w:rsid w:val="41A5A8AA"/>
    <w:rsid w:val="41DE2816"/>
    <w:rsid w:val="41E8BC48"/>
    <w:rsid w:val="41FB5F98"/>
    <w:rsid w:val="42117AB9"/>
    <w:rsid w:val="42333308"/>
    <w:rsid w:val="4237C22B"/>
    <w:rsid w:val="42A0EDD6"/>
    <w:rsid w:val="430B184C"/>
    <w:rsid w:val="431A8FFD"/>
    <w:rsid w:val="433286CC"/>
    <w:rsid w:val="4338AD4F"/>
    <w:rsid w:val="43C63105"/>
    <w:rsid w:val="43ED00E8"/>
    <w:rsid w:val="445CD8EF"/>
    <w:rsid w:val="44A8720D"/>
    <w:rsid w:val="44BC7C88"/>
    <w:rsid w:val="44C2974C"/>
    <w:rsid w:val="4501F5CE"/>
    <w:rsid w:val="45219BA3"/>
    <w:rsid w:val="45519DC1"/>
    <w:rsid w:val="4553009B"/>
    <w:rsid w:val="456C73E4"/>
    <w:rsid w:val="45933545"/>
    <w:rsid w:val="45FB5B81"/>
    <w:rsid w:val="46086F0E"/>
    <w:rsid w:val="469C5A11"/>
    <w:rsid w:val="47BAEAA4"/>
    <w:rsid w:val="47D5B7F1"/>
    <w:rsid w:val="4862BE86"/>
    <w:rsid w:val="486FC301"/>
    <w:rsid w:val="48766325"/>
    <w:rsid w:val="4888653E"/>
    <w:rsid w:val="488F8A99"/>
    <w:rsid w:val="489F73ED"/>
    <w:rsid w:val="4941240D"/>
    <w:rsid w:val="4971036D"/>
    <w:rsid w:val="49720CB0"/>
    <w:rsid w:val="49CE9CF2"/>
    <w:rsid w:val="49EF1DA5"/>
    <w:rsid w:val="4BEEFBAE"/>
    <w:rsid w:val="4C4C869B"/>
    <w:rsid w:val="4C69A2B2"/>
    <w:rsid w:val="4CF0E386"/>
    <w:rsid w:val="4CFA0605"/>
    <w:rsid w:val="4D3426D6"/>
    <w:rsid w:val="4D3EEB1B"/>
    <w:rsid w:val="4D5D3043"/>
    <w:rsid w:val="4D966724"/>
    <w:rsid w:val="4DA5B289"/>
    <w:rsid w:val="4E123BA0"/>
    <w:rsid w:val="4E2E5009"/>
    <w:rsid w:val="4E3D1F2D"/>
    <w:rsid w:val="4E458C8F"/>
    <w:rsid w:val="4F0246C1"/>
    <w:rsid w:val="4F3BFDD8"/>
    <w:rsid w:val="4F4B2FF1"/>
    <w:rsid w:val="4F8ECFD3"/>
    <w:rsid w:val="4FAE4D5A"/>
    <w:rsid w:val="500E9B49"/>
    <w:rsid w:val="501BB6E6"/>
    <w:rsid w:val="501D92A7"/>
    <w:rsid w:val="504134BC"/>
    <w:rsid w:val="5058731F"/>
    <w:rsid w:val="50AF00CD"/>
    <w:rsid w:val="50AFF875"/>
    <w:rsid w:val="50D5FF61"/>
    <w:rsid w:val="50DD566C"/>
    <w:rsid w:val="50F86F09"/>
    <w:rsid w:val="511AE7F2"/>
    <w:rsid w:val="515C601F"/>
    <w:rsid w:val="5166796B"/>
    <w:rsid w:val="52106471"/>
    <w:rsid w:val="5232FA58"/>
    <w:rsid w:val="5247F5BB"/>
    <w:rsid w:val="528467D1"/>
    <w:rsid w:val="528A8E55"/>
    <w:rsid w:val="529CD792"/>
    <w:rsid w:val="53002889"/>
    <w:rsid w:val="5321E51E"/>
    <w:rsid w:val="534C5D19"/>
    <w:rsid w:val="53BCDEB0"/>
    <w:rsid w:val="53C5A4A5"/>
    <w:rsid w:val="54517365"/>
    <w:rsid w:val="54B4C63F"/>
    <w:rsid w:val="5504E39A"/>
    <w:rsid w:val="559CA297"/>
    <w:rsid w:val="55A65E62"/>
    <w:rsid w:val="55B13832"/>
    <w:rsid w:val="55CD5210"/>
    <w:rsid w:val="56135DF3"/>
    <w:rsid w:val="563FE8A9"/>
    <w:rsid w:val="56427749"/>
    <w:rsid w:val="569DBA1F"/>
    <w:rsid w:val="56E396F9"/>
    <w:rsid w:val="572E6554"/>
    <w:rsid w:val="5740AC4E"/>
    <w:rsid w:val="5749F106"/>
    <w:rsid w:val="5814734E"/>
    <w:rsid w:val="58A80E18"/>
    <w:rsid w:val="58ACCD12"/>
    <w:rsid w:val="58FED456"/>
    <w:rsid w:val="597B09A3"/>
    <w:rsid w:val="599CB25D"/>
    <w:rsid w:val="5A043446"/>
    <w:rsid w:val="5A6216DB"/>
    <w:rsid w:val="5A6D055C"/>
    <w:rsid w:val="5ABD9814"/>
    <w:rsid w:val="5ABFCBE0"/>
    <w:rsid w:val="5AD07902"/>
    <w:rsid w:val="5B501988"/>
    <w:rsid w:val="5B8F3E99"/>
    <w:rsid w:val="5BFDB5F2"/>
    <w:rsid w:val="5C160D06"/>
    <w:rsid w:val="5C294F85"/>
    <w:rsid w:val="5CC19D72"/>
    <w:rsid w:val="5D0B8756"/>
    <w:rsid w:val="5D2FC9FB"/>
    <w:rsid w:val="5D31F7FE"/>
    <w:rsid w:val="5D6B1868"/>
    <w:rsid w:val="5E1C6DA2"/>
    <w:rsid w:val="5E38B575"/>
    <w:rsid w:val="5F038733"/>
    <w:rsid w:val="5F3271BD"/>
    <w:rsid w:val="5F5BC332"/>
    <w:rsid w:val="5F728D81"/>
    <w:rsid w:val="5F983EF1"/>
    <w:rsid w:val="5FA60A86"/>
    <w:rsid w:val="5FC2BFA6"/>
    <w:rsid w:val="5FD093C2"/>
    <w:rsid w:val="601FF7EB"/>
    <w:rsid w:val="603E101D"/>
    <w:rsid w:val="6085D6A0"/>
    <w:rsid w:val="6092E9FB"/>
    <w:rsid w:val="60C54540"/>
    <w:rsid w:val="60CB684D"/>
    <w:rsid w:val="60CBD3AD"/>
    <w:rsid w:val="60D08DDA"/>
    <w:rsid w:val="610DBB06"/>
    <w:rsid w:val="61261A85"/>
    <w:rsid w:val="61751950"/>
    <w:rsid w:val="61C78438"/>
    <w:rsid w:val="62080A36"/>
    <w:rsid w:val="621E880E"/>
    <w:rsid w:val="62BE2831"/>
    <w:rsid w:val="62EF2658"/>
    <w:rsid w:val="62FF8920"/>
    <w:rsid w:val="6316B6D8"/>
    <w:rsid w:val="63A8A832"/>
    <w:rsid w:val="63D298B2"/>
    <w:rsid w:val="63E1F52A"/>
    <w:rsid w:val="63FC7CA9"/>
    <w:rsid w:val="6462C93C"/>
    <w:rsid w:val="64C0346E"/>
    <w:rsid w:val="6542FF1A"/>
    <w:rsid w:val="65937F50"/>
    <w:rsid w:val="6599946E"/>
    <w:rsid w:val="65BB2D59"/>
    <w:rsid w:val="65C907D4"/>
    <w:rsid w:val="65D0FAD9"/>
    <w:rsid w:val="65F1EE94"/>
    <w:rsid w:val="660C0C48"/>
    <w:rsid w:val="66D6EABF"/>
    <w:rsid w:val="66F2F318"/>
    <w:rsid w:val="6797FBF0"/>
    <w:rsid w:val="67B1FAC4"/>
    <w:rsid w:val="67C43309"/>
    <w:rsid w:val="686D53D0"/>
    <w:rsid w:val="68AC5841"/>
    <w:rsid w:val="692BE26B"/>
    <w:rsid w:val="6933274F"/>
    <w:rsid w:val="699A84B3"/>
    <w:rsid w:val="6A2FFBB8"/>
    <w:rsid w:val="6A392753"/>
    <w:rsid w:val="6A406741"/>
    <w:rsid w:val="6A616924"/>
    <w:rsid w:val="6AA6BFBE"/>
    <w:rsid w:val="6AA73924"/>
    <w:rsid w:val="6ADB6927"/>
    <w:rsid w:val="6AE3DBC0"/>
    <w:rsid w:val="6B4E6F13"/>
    <w:rsid w:val="6B84A90D"/>
    <w:rsid w:val="6B99C926"/>
    <w:rsid w:val="6BD9E875"/>
    <w:rsid w:val="6C196890"/>
    <w:rsid w:val="6C34140B"/>
    <w:rsid w:val="6C64B166"/>
    <w:rsid w:val="6C787FDC"/>
    <w:rsid w:val="6CAC748A"/>
    <w:rsid w:val="6D3FFF20"/>
    <w:rsid w:val="6D681602"/>
    <w:rsid w:val="6D6F5BFF"/>
    <w:rsid w:val="6D7DBC2B"/>
    <w:rsid w:val="6DA633C5"/>
    <w:rsid w:val="6E3F7D1A"/>
    <w:rsid w:val="6EEB580B"/>
    <w:rsid w:val="6F4EFC44"/>
    <w:rsid w:val="6F6564CE"/>
    <w:rsid w:val="6F6ED9D2"/>
    <w:rsid w:val="6F9B7050"/>
    <w:rsid w:val="7024F280"/>
    <w:rsid w:val="703352B4"/>
    <w:rsid w:val="709C23AF"/>
    <w:rsid w:val="70E1A82B"/>
    <w:rsid w:val="7140E292"/>
    <w:rsid w:val="71BD0245"/>
    <w:rsid w:val="71FEFEC8"/>
    <w:rsid w:val="72659327"/>
    <w:rsid w:val="72B6E4AB"/>
    <w:rsid w:val="72C89EA8"/>
    <w:rsid w:val="73065C23"/>
    <w:rsid w:val="73471FDC"/>
    <w:rsid w:val="7362B483"/>
    <w:rsid w:val="73B06959"/>
    <w:rsid w:val="73F7A036"/>
    <w:rsid w:val="74FDC5DB"/>
    <w:rsid w:val="75318C61"/>
    <w:rsid w:val="7559E054"/>
    <w:rsid w:val="75ADC369"/>
    <w:rsid w:val="7603D029"/>
    <w:rsid w:val="7665F34C"/>
    <w:rsid w:val="7689D5A1"/>
    <w:rsid w:val="77232177"/>
    <w:rsid w:val="774EFABF"/>
    <w:rsid w:val="77ECBC61"/>
    <w:rsid w:val="782C5129"/>
    <w:rsid w:val="786CAB20"/>
    <w:rsid w:val="78A12F7C"/>
    <w:rsid w:val="78C6DB09"/>
    <w:rsid w:val="78D75C6D"/>
    <w:rsid w:val="7920024E"/>
    <w:rsid w:val="79942FCA"/>
    <w:rsid w:val="79D3110C"/>
    <w:rsid w:val="7A72FF39"/>
    <w:rsid w:val="7A96610A"/>
    <w:rsid w:val="7ABC06A8"/>
    <w:rsid w:val="7B1777B9"/>
    <w:rsid w:val="7B54B75E"/>
    <w:rsid w:val="7B6BE49A"/>
    <w:rsid w:val="7B895F99"/>
    <w:rsid w:val="7BE7DEC1"/>
    <w:rsid w:val="7BED4DCF"/>
    <w:rsid w:val="7BF1818F"/>
    <w:rsid w:val="7C2A442F"/>
    <w:rsid w:val="7C4137B6"/>
    <w:rsid w:val="7C4585C2"/>
    <w:rsid w:val="7C573F45"/>
    <w:rsid w:val="7C59BDF2"/>
    <w:rsid w:val="7C71CF8B"/>
    <w:rsid w:val="7C8C565E"/>
    <w:rsid w:val="7C8F4EEE"/>
    <w:rsid w:val="7CB003BE"/>
    <w:rsid w:val="7D044A15"/>
    <w:rsid w:val="7D4E6ECC"/>
    <w:rsid w:val="7DA60AAF"/>
    <w:rsid w:val="7DC2B628"/>
    <w:rsid w:val="7DFD0F2C"/>
    <w:rsid w:val="7E883213"/>
    <w:rsid w:val="7EE0D2A5"/>
    <w:rsid w:val="7F8A31A5"/>
    <w:rsid w:val="7FF7F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004E2"/>
  <w14:defaultImageDpi w14:val="300"/>
  <w15:docId w15:val="{6D02ADDA-85D8-484B-83BE-60B20BA8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5E1C6DA2"/>
    <w:rPr>
      <w:color w:val="0000FF"/>
      <w:u w:val="single"/>
    </w:rPr>
  </w:style>
  <w:style w:type="character" w:styleId="FollowedHyperlink">
    <w:name w:val="FollowedHyperlink"/>
    <w:basedOn w:val="DefaultParagraphFont"/>
    <w:uiPriority w:val="99"/>
    <w:semiHidden/>
    <w:unhideWhenUsed/>
    <w:rsid w:val="00B462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OMEResearchTeam@uky.edu" TargetMode="External"/></Relationships>
</file>

<file path=word/documenttasks/documenttasks1.xml><?xml version="1.0" encoding="utf-8"?>
<t:Tasks xmlns:t="http://schemas.microsoft.com/office/tasks/2019/documenttasks" xmlns:oel="http://schemas.microsoft.com/office/2019/extlst">
  <t:Task id="{D3539BC0-5A78-4542-BB15-F96E0BFCD223}">
    <t:Anchor>
      <t:Comment id="211392684"/>
    </t:Anchor>
    <t:History>
      <t:Event id="{A63CDF92-9A69-4F13-A013-97CB1321554B}" time="2025-08-20T01:41:25.339Z">
        <t:Attribution userId="S::lrsi224@uky.edu::cd2d612d-964f-4021-a4eb-644698480f46" userProvider="AD" userName="Sims, Lillian"/>
        <t:Anchor>
          <t:Comment id="211392684"/>
        </t:Anchor>
        <t:Create/>
      </t:Event>
      <t:Event id="{FE2DADFD-C601-4888-BFA3-F4A336F0017E}" time="2025-08-20T01:41:25.339Z">
        <t:Attribution userId="S::lrsi224@uky.edu::cd2d612d-964f-4021-a4eb-644698480f46" userProvider="AD" userName="Sims, Lillian"/>
        <t:Anchor>
          <t:Comment id="211392684"/>
        </t:Anchor>
        <t:Assign userId="S::slmc247@uky.edu::ac0037b6-cb44-435b-9547-39c0d4131f66" userProvider="AD" userName="McCubbin, Shelby L."/>
      </t:Event>
      <t:Event id="{3786AE1D-68FB-4D4E-AA3C-8F6CFEE018E4}" time="2025-08-20T01:41:25.339Z">
        <t:Attribution userId="S::lrsi224@uky.edu::cd2d612d-964f-4021-a4eb-644698480f46" userProvider="AD" userName="Sims, Lillian"/>
        <t:Anchor>
          <t:Comment id="211392684"/>
        </t:Anchor>
        <t:SetTitle title="@McCubbin, Shelby L. , please review this first page for phrasing that will make sense to students. I need to keep it to one page if at all possible and would like to get this announcement out to students ASAP so they can prepare to submit in a few …"/>
      </t:Event>
    </t:History>
  </t:Task>
  <t:Task id="{890F2DC2-9DE0-46E6-B8F4-B060652DB9B3}">
    <t:Anchor>
      <t:Comment id="1272556958"/>
    </t:Anchor>
    <t:History>
      <t:Event id="{A4EC07CD-5DDD-4BDA-AC24-040268B2F602}" time="2025-08-20T19:14:00.634Z">
        <t:Attribution userId="S::lrsi224@uky.edu::cd2d612d-964f-4021-a4eb-644698480f46" userProvider="AD" userName="Sims, Lillian"/>
        <t:Anchor>
          <t:Comment id="345799469"/>
        </t:Anchor>
        <t:Create/>
      </t:Event>
      <t:Event id="{2B17C401-E408-47E3-B437-A936C47241D7}" time="2025-08-20T19:14:00.634Z">
        <t:Attribution userId="S::lrsi224@uky.edu::cd2d612d-964f-4021-a4eb-644698480f46" userProvider="AD" userName="Sims, Lillian"/>
        <t:Anchor>
          <t:Comment id="345799469"/>
        </t:Anchor>
        <t:Assign userId="S::slmc247@uky.edu::ac0037b6-cb44-435b-9547-39c0d4131f66" userProvider="AD" userName="McCubbin, Shelby L."/>
      </t:Event>
      <t:Event id="{ACC2DEA5-8574-4C41-A16A-6E64E0017B02}" time="2025-08-20T19:14:00.634Z">
        <t:Attribution userId="S::lrsi224@uky.edu::cd2d612d-964f-4021-a4eb-644698480f46" userProvider="AD" userName="Sims, Lillian"/>
        <t:Anchor>
          <t:Comment id="345799469"/>
        </t:Anchor>
        <t:SetTitle title="@McCubbin, Shelby L. Yes, we aren't keeping them out but we only want them to submit here if they are already submitting something else (no double dipping) to their campus showcase. Otherwise we might undercut those much smaller events. Is this …"/>
      </t:Event>
    </t:History>
  </t:Task>
  <t:Task id="{F6146046-E75E-4479-A18F-8C9965532EA4}">
    <t:Anchor>
      <t:Comment id="343847189"/>
    </t:Anchor>
    <t:History>
      <t:Event id="{514F1674-B7C0-46FC-B621-C4A09A205588}" time="2025-08-21T14:58:50.673Z">
        <t:Attribution userId="S::lrsi224@uky.edu::cd2d612d-964f-4021-a4eb-644698480f46" userProvider="AD" userName="Sims, Lillian"/>
        <t:Anchor>
          <t:Comment id="343847189"/>
        </t:Anchor>
        <t:Create/>
      </t:Event>
      <t:Event id="{A6F2CD50-D8E7-46CC-86B0-78074AB9448C}" time="2025-08-21T14:58:50.673Z">
        <t:Attribution userId="S::lrsi224@uky.edu::cd2d612d-964f-4021-a4eb-644698480f46" userProvider="AD" userName="Sims, Lillian"/>
        <t:Anchor>
          <t:Comment id="343847189"/>
        </t:Anchor>
        <t:Assign userId="S::mmo379@uky.edu::fd44096f-1b64-43ac-96ae-bdbdeba688d7" userProvider="AD" userName="Morris, Mollie"/>
      </t:Event>
      <t:Event id="{DE0D94DE-23D3-4883-8C5F-FFAEFC2FEB33}" time="2025-08-21T14:58:50.673Z">
        <t:Attribution userId="S::lrsi224@uky.edu::cd2d612d-964f-4021-a4eb-644698480f46" userProvider="AD" userName="Sims, Lillian"/>
        <t:Anchor>
          <t:Comment id="343847189"/>
        </t:Anchor>
        <t:SetTitle title="@Morris, Mollie how does this sound? The submission timeline for all campus showcases is the same so the wording is tricky, they would be simultaneously submitting to 2 showcas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DC9C294D6DF24EB3A84197ECA668EE" ma:contentTypeVersion="6" ma:contentTypeDescription="Create a new document." ma:contentTypeScope="" ma:versionID="a3ae2818ee99999f37717f54760d8303">
  <xsd:schema xmlns:xsd="http://www.w3.org/2001/XMLSchema" xmlns:xs="http://www.w3.org/2001/XMLSchema" xmlns:p="http://schemas.microsoft.com/office/2006/metadata/properties" xmlns:ns2="cb1b77e1-67e4-4a02-ab96-ff5e76bf7487" xmlns:ns3="8a1ca9cf-c61d-4b2e-9ab2-7de1ddd9785f" targetNamespace="http://schemas.microsoft.com/office/2006/metadata/properties" ma:root="true" ma:fieldsID="01e867d433c41b8d0073f44705109304" ns2:_="" ns3:_="">
    <xsd:import namespace="cb1b77e1-67e4-4a02-ab96-ff5e76bf7487"/>
    <xsd:import namespace="8a1ca9cf-c61d-4b2e-9ab2-7de1ddd978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b77e1-67e4-4a02-ab96-ff5e76bf7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1ca9cf-c61d-4b2e-9ab2-7de1ddd978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D2A87-7D98-44B9-B9BD-23259EEC885C}">
  <ds:schemaRefs>
    <ds:schemaRef ds:uri="http://schemas.openxmlformats.org/officeDocument/2006/bibliography"/>
  </ds:schemaRefs>
</ds:datastoreItem>
</file>

<file path=customXml/itemProps2.xml><?xml version="1.0" encoding="utf-8"?>
<ds:datastoreItem xmlns:ds="http://schemas.openxmlformats.org/officeDocument/2006/customXml" ds:itemID="{490E0280-D258-4D3C-AFBB-5A0D957644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A01709-7249-40E8-9702-3AF49EA6AACE}">
  <ds:schemaRefs>
    <ds:schemaRef ds:uri="http://schemas.microsoft.com/sharepoint/v3/contenttype/forms"/>
  </ds:schemaRefs>
</ds:datastoreItem>
</file>

<file path=customXml/itemProps4.xml><?xml version="1.0" encoding="utf-8"?>
<ds:datastoreItem xmlns:ds="http://schemas.openxmlformats.org/officeDocument/2006/customXml" ds:itemID="{C0908F5C-41F5-4E5E-8A36-BC59A4ADC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1b77e1-67e4-4a02-ab96-ff5e76bf7487"/>
    <ds:schemaRef ds:uri="8a1ca9cf-c61d-4b2e-9ab2-7de1ddd97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1447</Words>
  <Characters>8250</Characters>
  <Application>Microsoft Office Word</Application>
  <DocSecurity>0</DocSecurity>
  <Lines>68</Lines>
  <Paragraphs>19</Paragraphs>
  <ScaleCrop>false</ScaleCrop>
  <Manager/>
  <Company/>
  <LinksUpToDate>false</LinksUpToDate>
  <CharactersWithSpaces>9678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Sims, Lillian</cp:lastModifiedBy>
  <cp:revision>2</cp:revision>
  <cp:lastPrinted>2025-08-22T21:05:00Z</cp:lastPrinted>
  <dcterms:created xsi:type="dcterms:W3CDTF">2026-07-03T18:12:00Z</dcterms:created>
  <dcterms:modified xsi:type="dcterms:W3CDTF">2026-07-03T18:12:00Z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0x010100CFDC9C294D6DF24EB3A84197ECA668EE</vt:lpwstr>
  </property>
  <property fmtid="{D5CDD505-2E9C-101B-9397-08002B2CF9AE}" pid="3" name="GrammarlyDocumentId">
    <vt:lpwstr>d711d576-8c4f-4ac1-a5d0-1cf76985ccac</vt:lpwstr>
  </property>
</Properties>
</file>